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28E86" w14:textId="1279B441" w:rsidR="00BD662D" w:rsidRDefault="00382C35">
      <w:pPr>
        <w:pStyle w:val="Heading1"/>
      </w:pPr>
      <w:r>
        <w:t>AQA Combined Science Trilogy</w:t>
      </w:r>
      <w:r>
        <w:br/>
        <w:t xml:space="preserve">Summer Weekly Quizzes </w:t>
      </w:r>
    </w:p>
    <w:p w14:paraId="40E258E9" w14:textId="77777777" w:rsidR="00BD662D" w:rsidRDefault="00382C35">
      <w:pPr>
        <w:pStyle w:val="Heading2"/>
      </w:pPr>
      <w:r>
        <w:t>Week 1: 21–27 July – Biology Paper 1: Cells &amp; Organisation</w:t>
      </w:r>
    </w:p>
    <w:p w14:paraId="47AB0DEF" w14:textId="526AF01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1. What is the function of the mitochondria?</w:t>
      </w:r>
      <w:r>
        <w:br/>
      </w:r>
      <w:r>
        <w:br/>
      </w:r>
    </w:p>
    <w:p w14:paraId="08426431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2</w:t>
      </w:r>
      <w:r>
        <w:t>. True or False: Red blood cells have a nucleus.</w:t>
      </w:r>
    </w:p>
    <w:p w14:paraId="760A6185" w14:textId="12D06E76" w:rsidR="00BD662D" w:rsidRDefault="00382C35" w:rsidP="00382C35">
      <w:pPr>
        <w:ind w:left="360"/>
      </w:pPr>
      <w:r>
        <w:br/>
      </w:r>
    </w:p>
    <w:p w14:paraId="074C3497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3</w:t>
      </w:r>
      <w:r>
        <w:t xml:space="preserve">. Which </w:t>
      </w:r>
      <w:r>
        <w:t>process moves water across a partially permeable membrane?</w:t>
      </w:r>
    </w:p>
    <w:p w14:paraId="118A2F58" w14:textId="33325B1F" w:rsidR="00BD662D" w:rsidRDefault="00382C35" w:rsidP="00382C35">
      <w:pPr>
        <w:ind w:left="360"/>
      </w:pPr>
      <w:r>
        <w:br/>
      </w:r>
    </w:p>
    <w:p w14:paraId="7D46F611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4</w:t>
      </w:r>
      <w:r>
        <w:t>. Label this cell diagram with: nucleus, cell membrane, cytoplasm, mitochondria.</w:t>
      </w:r>
    </w:p>
    <w:p w14:paraId="265AE5BC" w14:textId="4BE7A52C" w:rsidR="00BD662D" w:rsidRDefault="00382C35" w:rsidP="00382C35">
      <w:pPr>
        <w:ind w:left="360"/>
      </w:pPr>
      <w:r>
        <w:br/>
      </w:r>
    </w:p>
    <w:p w14:paraId="20946AB0" w14:textId="67F2763A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5</w:t>
      </w:r>
      <w:r>
        <w:t xml:space="preserve">. What enzyme </w:t>
      </w:r>
      <w:proofErr w:type="gramStart"/>
      <w:r>
        <w:t>breaks down</w:t>
      </w:r>
      <w:proofErr w:type="gramEnd"/>
      <w:r>
        <w:t xml:space="preserve"> starch?</w:t>
      </w:r>
      <w:r>
        <w:br/>
      </w:r>
      <w:r>
        <w:br/>
      </w:r>
    </w:p>
    <w:p w14:paraId="78CD94D0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6</w:t>
      </w:r>
      <w:r>
        <w:t>. Give one adaptation of the small intestine for absorption.</w:t>
      </w:r>
    </w:p>
    <w:p w14:paraId="01D2D638" w14:textId="5070DC7C" w:rsidR="00BD662D" w:rsidRDefault="00382C35" w:rsidP="00382C35">
      <w:pPr>
        <w:ind w:left="360"/>
      </w:pPr>
      <w:r>
        <w:br/>
      </w:r>
    </w:p>
    <w:p w14:paraId="1070D021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7</w:t>
      </w:r>
      <w:r>
        <w:t>. What is the role of bile in digestion?</w:t>
      </w:r>
    </w:p>
    <w:p w14:paraId="52ED34CB" w14:textId="3E66CE9A" w:rsidR="00BD662D" w:rsidRDefault="00382C35" w:rsidP="00382C35">
      <w:pPr>
        <w:ind w:left="360"/>
      </w:pPr>
      <w:r>
        <w:br/>
      </w:r>
    </w:p>
    <w:p w14:paraId="6C4E2196" w14:textId="316DA8A3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8</w:t>
      </w:r>
      <w:r>
        <w:t>. Write the equation for aerobic respiration.</w:t>
      </w:r>
      <w:r>
        <w:br/>
      </w:r>
      <w:r>
        <w:br/>
      </w:r>
    </w:p>
    <w:p w14:paraId="0C6B699D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9</w:t>
      </w:r>
      <w:r>
        <w:t xml:space="preserve">. State </w:t>
      </w:r>
      <w:proofErr w:type="gramStart"/>
      <w:r>
        <w:t>one</w:t>
      </w:r>
      <w:proofErr w:type="gramEnd"/>
      <w:r>
        <w:t xml:space="preserve"> difference between eukaryotic and prokaryotic cells.</w:t>
      </w:r>
    </w:p>
    <w:p w14:paraId="0FBF51BA" w14:textId="56EB3D4B" w:rsidR="00BD662D" w:rsidRDefault="00382C35" w:rsidP="00382C35">
      <w:pPr>
        <w:ind w:left="360"/>
      </w:pPr>
      <w:r>
        <w:br/>
      </w:r>
      <w:r>
        <w:br/>
      </w:r>
    </w:p>
    <w:p w14:paraId="39AF0E0F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</w:t>
      </w:r>
      <w:r>
        <w:t>0. Challenge: Explain why muscle cells have many mitochondria.</w:t>
      </w:r>
    </w:p>
    <w:p w14:paraId="0BBB25DA" w14:textId="77777777" w:rsidR="00BD662D" w:rsidRDefault="00382C35" w:rsidP="00382C35">
      <w:pPr>
        <w:ind w:left="360"/>
      </w:pPr>
      <w:r>
        <w:br/>
      </w:r>
      <w:r>
        <w:br/>
      </w:r>
      <w:r>
        <w:br/>
      </w:r>
    </w:p>
    <w:p w14:paraId="25A7CBDA" w14:textId="77777777" w:rsidR="00BD662D" w:rsidRDefault="00382C35" w:rsidP="00382C35">
      <w:pPr>
        <w:pStyle w:val="IntenseQuote"/>
        <w:ind w:left="1080"/>
      </w:pPr>
      <w:r>
        <w:rPr>
          <w:rFonts w:ascii="Segoe UI Emoji" w:hAnsi="Segoe UI Emoji" w:cs="Segoe UI Emoji"/>
        </w:rPr>
        <w:t>📌</w:t>
      </w:r>
      <w:r>
        <w:t xml:space="preserve"> Don’t forget to complete your Sparx Science tasks on the same topics!</w:t>
      </w:r>
    </w:p>
    <w:p w14:paraId="314431C1" w14:textId="3624AFE1" w:rsidR="00BD662D" w:rsidRDefault="00382C35" w:rsidP="00382C35">
      <w:pPr>
        <w:pStyle w:val="Heading2"/>
        <w:ind w:left="360"/>
      </w:pPr>
      <w:r>
        <w:lastRenderedPageBreak/>
        <w:t>Week 2: 28 July–3 August – Biology Paper 1: Infection &amp; Bioenergetics</w:t>
      </w:r>
    </w:p>
    <w:p w14:paraId="3F42AF9E" w14:textId="424E4F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1. Name one type of pathogen.</w:t>
      </w:r>
      <w:r>
        <w:br/>
      </w:r>
      <w:r>
        <w:br/>
      </w:r>
    </w:p>
    <w:p w14:paraId="7C58264C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2</w:t>
      </w:r>
      <w:r>
        <w:t>. What is the function of white blood cells?</w:t>
      </w:r>
    </w:p>
    <w:p w14:paraId="5CC23302" w14:textId="52BF0C91" w:rsidR="00BD662D" w:rsidRDefault="00382C35" w:rsidP="00382C35">
      <w:pPr>
        <w:ind w:left="360"/>
      </w:pPr>
      <w:r>
        <w:br/>
      </w:r>
    </w:p>
    <w:p w14:paraId="212BC83E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3</w:t>
      </w:r>
      <w:r>
        <w:t>. How do vaccines work?</w:t>
      </w:r>
    </w:p>
    <w:p w14:paraId="27ADB74F" w14:textId="77777777" w:rsidR="00BD662D" w:rsidRDefault="00382C35" w:rsidP="00382C35">
      <w:pPr>
        <w:ind w:left="360"/>
      </w:pPr>
      <w:r>
        <w:br/>
      </w:r>
      <w:r>
        <w:br/>
      </w:r>
      <w:r>
        <w:br/>
      </w:r>
    </w:p>
    <w:p w14:paraId="4E5E21CC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4</w:t>
      </w:r>
      <w:r>
        <w:t xml:space="preserve">. Give one </w:t>
      </w:r>
      <w:r>
        <w:t>reason why antibiotic resistance is a problem.</w:t>
      </w:r>
    </w:p>
    <w:p w14:paraId="0C436F9F" w14:textId="0651ED26" w:rsidR="00BD662D" w:rsidRDefault="00382C35" w:rsidP="00382C35">
      <w:pPr>
        <w:ind w:left="360"/>
      </w:pPr>
      <w:r>
        <w:br/>
      </w:r>
      <w:r>
        <w:br/>
      </w:r>
    </w:p>
    <w:p w14:paraId="121DD871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5</w:t>
      </w:r>
      <w:r>
        <w:t>. What is the word equation for photosynthesis?</w:t>
      </w:r>
    </w:p>
    <w:p w14:paraId="1E052AF0" w14:textId="6ED73B6F" w:rsidR="00BD662D" w:rsidRDefault="00382C35" w:rsidP="00382C35">
      <w:pPr>
        <w:ind w:left="360"/>
      </w:pPr>
      <w:r>
        <w:br/>
      </w:r>
    </w:p>
    <w:p w14:paraId="474D0264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6</w:t>
      </w:r>
      <w:r>
        <w:t>. How does temperature affect the rate of photosynthesis?</w:t>
      </w:r>
    </w:p>
    <w:p w14:paraId="7061A1EC" w14:textId="4938EAEF" w:rsidR="00BD662D" w:rsidRDefault="00382C35" w:rsidP="00382C35">
      <w:pPr>
        <w:ind w:left="360"/>
      </w:pPr>
      <w:r>
        <w:br/>
      </w:r>
    </w:p>
    <w:p w14:paraId="6C8DD4A4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7</w:t>
      </w:r>
      <w:r>
        <w:t>. State two uses of glucose in plants.</w:t>
      </w:r>
    </w:p>
    <w:p w14:paraId="182385CD" w14:textId="5F6C8EE5" w:rsidR="00BD662D" w:rsidRDefault="00382C35" w:rsidP="00382C35">
      <w:pPr>
        <w:ind w:left="360"/>
      </w:pPr>
      <w:r>
        <w:br/>
      </w:r>
      <w:r>
        <w:br/>
      </w:r>
    </w:p>
    <w:p w14:paraId="25D0C471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8</w:t>
      </w:r>
      <w:r>
        <w:t>. What is anaerobic respiration?</w:t>
      </w:r>
    </w:p>
    <w:p w14:paraId="550CFB04" w14:textId="4D736813" w:rsidR="00BD662D" w:rsidRDefault="00382C35" w:rsidP="00382C35">
      <w:pPr>
        <w:ind w:left="360"/>
      </w:pPr>
      <w:r>
        <w:br/>
      </w:r>
    </w:p>
    <w:p w14:paraId="6E06ABBB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9</w:t>
      </w:r>
      <w:r>
        <w:t>. Where does aerobic respiration take place?</w:t>
      </w:r>
    </w:p>
    <w:p w14:paraId="10F718A0" w14:textId="62B2D9E8" w:rsidR="00BD662D" w:rsidRDefault="00382C35" w:rsidP="00382C35">
      <w:pPr>
        <w:ind w:left="360"/>
      </w:pPr>
      <w:r>
        <w:br/>
      </w:r>
      <w:r>
        <w:br/>
      </w:r>
    </w:p>
    <w:p w14:paraId="727876FB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</w:t>
      </w:r>
      <w:r>
        <w:t>0. Suggest one reason why athletes respire anaerobically during intense exercise.</w:t>
      </w:r>
    </w:p>
    <w:p w14:paraId="1279789E" w14:textId="77777777" w:rsidR="00BD662D" w:rsidRDefault="00382C35" w:rsidP="00382C35">
      <w:pPr>
        <w:ind w:left="360"/>
      </w:pPr>
      <w:r>
        <w:br/>
      </w:r>
      <w:r>
        <w:br/>
      </w:r>
      <w:r>
        <w:br/>
      </w:r>
    </w:p>
    <w:p w14:paraId="5914FB92" w14:textId="77777777" w:rsidR="00BD662D" w:rsidRDefault="00382C35" w:rsidP="00382C35">
      <w:pPr>
        <w:pStyle w:val="IntenseQuote"/>
        <w:ind w:left="1080"/>
      </w:pPr>
      <w:r>
        <w:rPr>
          <w:rFonts w:ascii="Segoe UI Emoji" w:hAnsi="Segoe UI Emoji" w:cs="Segoe UI Emoji"/>
        </w:rPr>
        <w:t>📌</w:t>
      </w:r>
      <w:r>
        <w:t xml:space="preserve"> Don’t forget to complete your Sparx Science tasks on the same topics!</w:t>
      </w:r>
    </w:p>
    <w:p w14:paraId="1503F665" w14:textId="77777777" w:rsidR="00BD662D" w:rsidRDefault="00382C35" w:rsidP="00382C35">
      <w:pPr>
        <w:pStyle w:val="Heading2"/>
        <w:ind w:left="360"/>
      </w:pPr>
      <w:r>
        <w:lastRenderedPageBreak/>
        <w:t>Week 3: 4–10 August – Chemistry Paper 1: Atomic Structure &amp; Bonding</w:t>
      </w:r>
    </w:p>
    <w:p w14:paraId="541038D0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1. What is the relative charge of a proton?</w:t>
      </w:r>
    </w:p>
    <w:p w14:paraId="0D605F47" w14:textId="7CFA57DA" w:rsidR="00BD662D" w:rsidRDefault="00382C35" w:rsidP="00382C35">
      <w:pPr>
        <w:ind w:left="360"/>
      </w:pPr>
      <w:r>
        <w:br/>
      </w:r>
    </w:p>
    <w:p w14:paraId="732C4502" w14:textId="69707C5F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2</w:t>
      </w:r>
      <w:r>
        <w:t>. How many electrons can fit in the first shell?</w:t>
      </w:r>
      <w:r>
        <w:br/>
      </w:r>
      <w:r>
        <w:br/>
      </w:r>
    </w:p>
    <w:p w14:paraId="04605BAF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3</w:t>
      </w:r>
      <w:r>
        <w:t xml:space="preserve">. What is </w:t>
      </w:r>
      <w:proofErr w:type="gramStart"/>
      <w:r>
        <w:t>an isotope</w:t>
      </w:r>
      <w:proofErr w:type="gramEnd"/>
      <w:r>
        <w:t>?</w:t>
      </w:r>
    </w:p>
    <w:p w14:paraId="7FAA0915" w14:textId="54C1A975" w:rsidR="00BD662D" w:rsidRDefault="00382C35" w:rsidP="00382C35">
      <w:pPr>
        <w:ind w:left="360"/>
      </w:pPr>
      <w:r>
        <w:br/>
      </w:r>
    </w:p>
    <w:p w14:paraId="392B79E4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4</w:t>
      </w:r>
      <w:r>
        <w:t>. Draw a simple atom with 6 protons and 6 neutrons.</w:t>
      </w:r>
    </w:p>
    <w:p w14:paraId="53F0050E" w14:textId="165117D2" w:rsidR="00BD662D" w:rsidRDefault="00382C35" w:rsidP="00382C35">
      <w:pPr>
        <w:ind w:left="360"/>
      </w:pPr>
      <w:r>
        <w:br/>
      </w:r>
    </w:p>
    <w:p w14:paraId="39FED323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5</w:t>
      </w:r>
      <w:r>
        <w:t>. What is ionic bonding?</w:t>
      </w:r>
    </w:p>
    <w:p w14:paraId="7FF6B283" w14:textId="193A50F8" w:rsidR="00BD662D" w:rsidRDefault="00382C35" w:rsidP="00382C35">
      <w:pPr>
        <w:ind w:left="360"/>
      </w:pPr>
      <w:r>
        <w:br/>
      </w:r>
    </w:p>
    <w:p w14:paraId="3712D064" w14:textId="52590D78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6</w:t>
      </w:r>
      <w:r>
        <w:t xml:space="preserve">. What type of </w:t>
      </w:r>
      <w:r>
        <w:t>elements form covalent bonds?</w:t>
      </w:r>
      <w:r>
        <w:br/>
      </w:r>
      <w:r>
        <w:br/>
      </w:r>
    </w:p>
    <w:p w14:paraId="67D16617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7</w:t>
      </w:r>
      <w:r>
        <w:t>. Name a property of giant covalent structures.</w:t>
      </w:r>
    </w:p>
    <w:p w14:paraId="6746716C" w14:textId="3D668A63" w:rsidR="00BD662D" w:rsidRDefault="00382C35" w:rsidP="00382C35">
      <w:pPr>
        <w:ind w:left="360"/>
      </w:pPr>
      <w:r>
        <w:br/>
      </w:r>
      <w:r>
        <w:br/>
      </w:r>
    </w:p>
    <w:p w14:paraId="147A19BF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8</w:t>
      </w:r>
      <w:r>
        <w:t>. True or False: Metals conduct electricity.</w:t>
      </w:r>
    </w:p>
    <w:p w14:paraId="2B3A823D" w14:textId="6F78FEEE" w:rsidR="00BD662D" w:rsidRDefault="00382C35" w:rsidP="00382C35">
      <w:pPr>
        <w:ind w:left="360"/>
      </w:pPr>
      <w:r>
        <w:br/>
      </w:r>
    </w:p>
    <w:p w14:paraId="7EA32D6E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9</w:t>
      </w:r>
      <w:r>
        <w:t>. What are the charges on Na⁺ and Cl⁻ in sodium chloride?</w:t>
      </w:r>
    </w:p>
    <w:p w14:paraId="5512DBE8" w14:textId="0FD8D0D2" w:rsidR="00BD662D" w:rsidRDefault="00382C35" w:rsidP="00382C35">
      <w:pPr>
        <w:ind w:left="360"/>
      </w:pPr>
      <w:r>
        <w:br/>
      </w:r>
      <w:r>
        <w:br/>
      </w:r>
    </w:p>
    <w:p w14:paraId="4F8B325D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</w:t>
      </w:r>
      <w:r>
        <w:t xml:space="preserve">0. Challenge: Explain how magnesium oxide forms an </w:t>
      </w:r>
      <w:r>
        <w:t>ionic bond.</w:t>
      </w:r>
    </w:p>
    <w:p w14:paraId="2A1806E2" w14:textId="77777777" w:rsidR="00BD662D" w:rsidRDefault="00382C35" w:rsidP="00382C35">
      <w:pPr>
        <w:ind w:left="360"/>
      </w:pPr>
      <w:r>
        <w:br/>
      </w:r>
      <w:r>
        <w:br/>
      </w:r>
      <w:r>
        <w:br/>
      </w:r>
    </w:p>
    <w:p w14:paraId="76CCD18F" w14:textId="77777777" w:rsidR="00BD662D" w:rsidRDefault="00382C35" w:rsidP="00382C35">
      <w:pPr>
        <w:pStyle w:val="IntenseQuote"/>
        <w:ind w:left="1080"/>
      </w:pPr>
      <w:r>
        <w:rPr>
          <w:rFonts w:ascii="Segoe UI Emoji" w:hAnsi="Segoe UI Emoji" w:cs="Segoe UI Emoji"/>
        </w:rPr>
        <w:t>📌</w:t>
      </w:r>
      <w:r>
        <w:t xml:space="preserve"> Don’t forget to complete your Sparx Science tasks on the same topics!</w:t>
      </w:r>
    </w:p>
    <w:p w14:paraId="3ECCF88F" w14:textId="77777777" w:rsidR="00382C35" w:rsidRDefault="00382C35" w:rsidP="00382C35">
      <w:pPr>
        <w:pStyle w:val="Heading2"/>
      </w:pPr>
    </w:p>
    <w:p w14:paraId="2A904367" w14:textId="0BCFD28C" w:rsidR="00BD662D" w:rsidRDefault="00382C35" w:rsidP="00382C35">
      <w:pPr>
        <w:pStyle w:val="Heading2"/>
        <w:ind w:left="360"/>
      </w:pPr>
      <w:r>
        <w:t>Week 4: 11–17 August – Chemistry Paper 1: Reactions &amp; Acids</w:t>
      </w:r>
    </w:p>
    <w:p w14:paraId="7B7681FC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1. What is the law of conservation of mass?</w:t>
      </w:r>
    </w:p>
    <w:p w14:paraId="0C6589E6" w14:textId="58686C86" w:rsidR="00BD662D" w:rsidRDefault="00382C35" w:rsidP="00382C35">
      <w:pPr>
        <w:ind w:left="360"/>
      </w:pPr>
      <w:r>
        <w:br/>
      </w:r>
      <w:r>
        <w:br/>
      </w:r>
    </w:p>
    <w:p w14:paraId="2E67FF04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2</w:t>
      </w:r>
      <w:r>
        <w:t>. Balance this equation: H₂ + O₂ → H₂O</w:t>
      </w:r>
    </w:p>
    <w:p w14:paraId="66AF1AB6" w14:textId="39184412" w:rsidR="00BD662D" w:rsidRDefault="00382C35" w:rsidP="00382C35">
      <w:pPr>
        <w:ind w:left="360"/>
      </w:pPr>
      <w:r>
        <w:br/>
      </w:r>
      <w:r>
        <w:br/>
      </w:r>
    </w:p>
    <w:p w14:paraId="3BF1D44F" w14:textId="09FD8229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3</w:t>
      </w:r>
      <w:r>
        <w:t xml:space="preserve">. What is </w:t>
      </w:r>
      <w:proofErr w:type="gramStart"/>
      <w:r>
        <w:t>a base</w:t>
      </w:r>
      <w:proofErr w:type="gramEnd"/>
      <w:r>
        <w:t>?</w:t>
      </w:r>
      <w:r>
        <w:br/>
      </w:r>
      <w:r>
        <w:br/>
      </w:r>
      <w:r>
        <w:br/>
      </w:r>
    </w:p>
    <w:p w14:paraId="652F51B2" w14:textId="0C8588FB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4</w:t>
      </w:r>
      <w:r>
        <w:t>. What pH range is acidic?</w:t>
      </w:r>
      <w:r>
        <w:br/>
      </w:r>
      <w:r>
        <w:br/>
      </w:r>
    </w:p>
    <w:p w14:paraId="635E17EB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5</w:t>
      </w:r>
      <w:r>
        <w:t>. Write the word equation for a metal + acid reaction.</w:t>
      </w:r>
    </w:p>
    <w:p w14:paraId="2BC86EAF" w14:textId="5813EB7A" w:rsidR="00BD662D" w:rsidRDefault="00382C35" w:rsidP="00382C35">
      <w:pPr>
        <w:ind w:left="360"/>
      </w:pPr>
      <w:r>
        <w:br/>
      </w:r>
    </w:p>
    <w:p w14:paraId="434B0105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6</w:t>
      </w:r>
      <w:r>
        <w:t>. What is produced when acids react with carbonates?</w:t>
      </w:r>
    </w:p>
    <w:p w14:paraId="2F7307AA" w14:textId="47C43A38" w:rsidR="00BD662D" w:rsidRDefault="00382C35" w:rsidP="00382C35">
      <w:pPr>
        <w:ind w:left="360"/>
      </w:pPr>
      <w:r>
        <w:br/>
      </w:r>
    </w:p>
    <w:p w14:paraId="6AF9DF58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7</w:t>
      </w:r>
      <w:r>
        <w:t xml:space="preserve">. What does </w:t>
      </w:r>
      <w:proofErr w:type="gramStart"/>
      <w:r>
        <w:t>a strong</w:t>
      </w:r>
      <w:proofErr w:type="gramEnd"/>
      <w:r>
        <w:t xml:space="preserve"> acid do in water?</w:t>
      </w:r>
    </w:p>
    <w:p w14:paraId="0EFA23F7" w14:textId="4DFA4DA2" w:rsidR="00BD662D" w:rsidRDefault="00382C35" w:rsidP="00382C35">
      <w:pPr>
        <w:ind w:left="360"/>
      </w:pPr>
      <w:r>
        <w:br/>
      </w:r>
      <w:r>
        <w:br/>
      </w:r>
    </w:p>
    <w:p w14:paraId="2D426AE9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8</w:t>
      </w:r>
      <w:r>
        <w:t>. State the colour of litmus in acid.</w:t>
      </w:r>
    </w:p>
    <w:p w14:paraId="680C3E9D" w14:textId="16813125" w:rsidR="00BD662D" w:rsidRDefault="00382C35" w:rsidP="00382C35">
      <w:pPr>
        <w:ind w:left="360"/>
      </w:pPr>
      <w:r>
        <w:br/>
      </w:r>
      <w:r>
        <w:br/>
      </w:r>
    </w:p>
    <w:p w14:paraId="5F2401B6" w14:textId="68AA7936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9</w:t>
      </w:r>
      <w:r>
        <w:t xml:space="preserve">. Describe how to </w:t>
      </w:r>
      <w:proofErr w:type="gramStart"/>
      <w:r>
        <w:t>test for</w:t>
      </w:r>
      <w:proofErr w:type="gramEnd"/>
      <w:r>
        <w:t xml:space="preserve"> hydrogen gas.</w:t>
      </w:r>
      <w:r>
        <w:br/>
      </w:r>
      <w:r>
        <w:br/>
      </w:r>
    </w:p>
    <w:p w14:paraId="036296BC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</w:t>
      </w:r>
      <w:r>
        <w:t>0. Challenge: Explain why hydrochloric acid reacts faster with magnesium than ethanoic acid.</w:t>
      </w:r>
    </w:p>
    <w:p w14:paraId="783D682F" w14:textId="77777777" w:rsidR="00BD662D" w:rsidRDefault="00382C35" w:rsidP="00382C35">
      <w:pPr>
        <w:ind w:left="360"/>
      </w:pPr>
      <w:r>
        <w:br/>
      </w:r>
      <w:r>
        <w:br/>
      </w:r>
      <w:r>
        <w:br/>
      </w:r>
    </w:p>
    <w:p w14:paraId="66D2D4A0" w14:textId="77777777" w:rsidR="00BD662D" w:rsidRDefault="00382C35" w:rsidP="00382C35">
      <w:pPr>
        <w:pStyle w:val="IntenseQuote"/>
        <w:ind w:left="1080"/>
      </w:pPr>
      <w:r>
        <w:rPr>
          <w:rFonts w:ascii="Segoe UI Emoji" w:hAnsi="Segoe UI Emoji" w:cs="Segoe UI Emoji"/>
        </w:rPr>
        <w:t>📌</w:t>
      </w:r>
      <w:r>
        <w:t xml:space="preserve"> Don’t forget to complete your Sparx Science tasks on the same topics!</w:t>
      </w:r>
    </w:p>
    <w:p w14:paraId="4133DA36" w14:textId="77777777" w:rsidR="00BD662D" w:rsidRDefault="00382C35" w:rsidP="00382C35">
      <w:pPr>
        <w:pStyle w:val="Heading2"/>
        <w:ind w:left="360"/>
      </w:pPr>
      <w:r>
        <w:lastRenderedPageBreak/>
        <w:t xml:space="preserve">Week 5: 18–24 August – Physics Paper 2: </w:t>
      </w:r>
      <w:r>
        <w:t>Forces &amp; Motion</w:t>
      </w:r>
    </w:p>
    <w:p w14:paraId="7D472C85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1. Write the equation for speed.</w:t>
      </w:r>
    </w:p>
    <w:p w14:paraId="2E83E187" w14:textId="6EF90433" w:rsidR="00BD662D" w:rsidRDefault="00382C35" w:rsidP="00382C35">
      <w:pPr>
        <w:ind w:left="360"/>
      </w:pPr>
      <w:r>
        <w:br/>
      </w:r>
      <w:r>
        <w:br/>
      </w:r>
    </w:p>
    <w:p w14:paraId="146FD196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2</w:t>
      </w:r>
      <w:r>
        <w:t>. A car travels 100m in 5s. What is its speed?</w:t>
      </w:r>
    </w:p>
    <w:p w14:paraId="20C81D4B" w14:textId="622314D5" w:rsidR="00BD662D" w:rsidRDefault="00382C35" w:rsidP="00382C35">
      <w:pPr>
        <w:ind w:left="360"/>
      </w:pPr>
      <w:r>
        <w:br/>
      </w:r>
      <w:r>
        <w:br/>
      </w:r>
    </w:p>
    <w:p w14:paraId="381889C2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3</w:t>
      </w:r>
      <w:r>
        <w:t>. What does a flat line on a distance-time graph mean?</w:t>
      </w:r>
    </w:p>
    <w:p w14:paraId="2069A435" w14:textId="7B42F2EE" w:rsidR="00BD662D" w:rsidRDefault="00382C35" w:rsidP="00382C35">
      <w:pPr>
        <w:ind w:left="360"/>
      </w:pPr>
      <w:r>
        <w:br/>
      </w:r>
    </w:p>
    <w:p w14:paraId="4F062F9B" w14:textId="25B1856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4</w:t>
      </w:r>
      <w:r>
        <w:t>. What is Newton’s First Law?</w:t>
      </w:r>
      <w:r>
        <w:br/>
      </w:r>
      <w:r>
        <w:br/>
      </w:r>
      <w:r>
        <w:br/>
      </w:r>
    </w:p>
    <w:p w14:paraId="3B5D26B3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5</w:t>
      </w:r>
      <w:r>
        <w:t>. What is the unit of force?</w:t>
      </w:r>
    </w:p>
    <w:p w14:paraId="7FA26F40" w14:textId="089D94F9" w:rsidR="00BD662D" w:rsidRDefault="00382C35" w:rsidP="00382C35">
      <w:pPr>
        <w:ind w:left="360"/>
      </w:pPr>
      <w:r>
        <w:br/>
      </w:r>
    </w:p>
    <w:p w14:paraId="4EB7977E" w14:textId="77777777" w:rsidR="00382C35" w:rsidRDefault="00382C35" w:rsidP="00382C35">
      <w:pPr>
        <w:pStyle w:val="ListNumber"/>
        <w:numPr>
          <w:ilvl w:val="0"/>
          <w:numId w:val="0"/>
        </w:numPr>
        <w:ind w:left="360"/>
      </w:pPr>
      <w:r>
        <w:t>6</w:t>
      </w:r>
      <w:r>
        <w:t xml:space="preserve">. What is </w:t>
      </w:r>
      <w:r>
        <w:t>acceleration?</w:t>
      </w:r>
    </w:p>
    <w:p w14:paraId="3E1CCE33" w14:textId="41B16D36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br/>
      </w:r>
      <w:r>
        <w:br/>
      </w:r>
    </w:p>
    <w:p w14:paraId="721F6260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7</w:t>
      </w:r>
      <w:r>
        <w:t>. Name one factor that affects braking distance.</w:t>
      </w:r>
    </w:p>
    <w:p w14:paraId="390DF3A3" w14:textId="3F56AD4B" w:rsidR="00BD662D" w:rsidRDefault="00382C35" w:rsidP="00382C35">
      <w:pPr>
        <w:ind w:left="360"/>
      </w:pPr>
      <w:r>
        <w:br/>
      </w:r>
    </w:p>
    <w:p w14:paraId="67488A4E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8</w:t>
      </w:r>
      <w:r>
        <w:t>. State Newton’s Third Law.</w:t>
      </w:r>
    </w:p>
    <w:p w14:paraId="64EEC739" w14:textId="1C3BDB3E" w:rsidR="00BD662D" w:rsidRDefault="00382C35" w:rsidP="00382C35">
      <w:pPr>
        <w:ind w:left="360"/>
      </w:pPr>
      <w:r>
        <w:br/>
      </w:r>
      <w:r>
        <w:br/>
      </w:r>
    </w:p>
    <w:p w14:paraId="375DBD55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9</w:t>
      </w:r>
      <w:r>
        <w:t>. Draw and label a force diagram for a falling object.</w:t>
      </w:r>
    </w:p>
    <w:p w14:paraId="223547BD" w14:textId="2F4F9CB7" w:rsidR="00BD662D" w:rsidRDefault="00382C35" w:rsidP="00382C35">
      <w:pPr>
        <w:ind w:left="360"/>
      </w:pPr>
      <w:r>
        <w:br/>
      </w:r>
      <w:r>
        <w:br/>
      </w:r>
    </w:p>
    <w:p w14:paraId="710DD9AD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</w:t>
      </w:r>
      <w:r>
        <w:t xml:space="preserve">0. Challenge: Explain how </w:t>
      </w:r>
      <w:proofErr w:type="gramStart"/>
      <w:r>
        <w:t>seatbelts</w:t>
      </w:r>
      <w:proofErr w:type="gramEnd"/>
      <w:r>
        <w:t xml:space="preserve"> reduce injury in a collision.</w:t>
      </w:r>
    </w:p>
    <w:p w14:paraId="3B64AEA5" w14:textId="77777777" w:rsidR="00BD662D" w:rsidRDefault="00382C35" w:rsidP="00382C35">
      <w:pPr>
        <w:ind w:left="360"/>
      </w:pPr>
      <w:r>
        <w:br/>
      </w:r>
      <w:r>
        <w:br/>
      </w:r>
      <w:r>
        <w:br/>
      </w:r>
    </w:p>
    <w:p w14:paraId="208CBFE4" w14:textId="77777777" w:rsidR="00BD662D" w:rsidRDefault="00382C35" w:rsidP="00382C35">
      <w:pPr>
        <w:pStyle w:val="IntenseQuote"/>
        <w:ind w:left="1080"/>
      </w:pPr>
      <w:r>
        <w:rPr>
          <w:rFonts w:ascii="Segoe UI Emoji" w:hAnsi="Segoe UI Emoji" w:cs="Segoe UI Emoji"/>
        </w:rPr>
        <w:t>📌</w:t>
      </w:r>
      <w:r>
        <w:t xml:space="preserve"> Don’t forget to complete your Sparx Science tasks on the same topics!</w:t>
      </w:r>
    </w:p>
    <w:p w14:paraId="52AA6066" w14:textId="77777777" w:rsidR="00BD662D" w:rsidRDefault="00382C35" w:rsidP="00382C35">
      <w:pPr>
        <w:pStyle w:val="Heading2"/>
        <w:ind w:left="360"/>
      </w:pPr>
      <w:r>
        <w:lastRenderedPageBreak/>
        <w:t>Week 6: 25–31 August – Physics Paper 2: Waves &amp; Magnetism</w:t>
      </w:r>
    </w:p>
    <w:p w14:paraId="6D410956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1. What is the equation for wave speed?</w:t>
      </w:r>
    </w:p>
    <w:p w14:paraId="731011BD" w14:textId="758103FD" w:rsidR="00BD662D" w:rsidRDefault="00382C35" w:rsidP="00382C35">
      <w:pPr>
        <w:ind w:left="360"/>
      </w:pPr>
      <w:r>
        <w:br/>
      </w:r>
    </w:p>
    <w:p w14:paraId="4A857645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2</w:t>
      </w:r>
      <w:r>
        <w:t>. Define wavelength.</w:t>
      </w:r>
    </w:p>
    <w:p w14:paraId="7D172395" w14:textId="4A3322D5" w:rsidR="00BD662D" w:rsidRDefault="00382C35" w:rsidP="00382C35">
      <w:pPr>
        <w:ind w:left="360"/>
      </w:pPr>
      <w:r>
        <w:br/>
      </w:r>
    </w:p>
    <w:p w14:paraId="7BBD0841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3</w:t>
      </w:r>
      <w:r>
        <w:t>. Name one transverse and one longitudinal wave.</w:t>
      </w:r>
    </w:p>
    <w:p w14:paraId="1DF2B301" w14:textId="7D8093E9" w:rsidR="00BD662D" w:rsidRDefault="00382C35" w:rsidP="00382C35">
      <w:pPr>
        <w:ind w:left="360"/>
      </w:pPr>
      <w:r>
        <w:br/>
      </w:r>
    </w:p>
    <w:p w14:paraId="02C9FDEA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4</w:t>
      </w:r>
      <w:r>
        <w:t xml:space="preserve">. What </w:t>
      </w:r>
      <w:r>
        <w:t>happens to light in refraction?</w:t>
      </w:r>
    </w:p>
    <w:p w14:paraId="1A1EB79A" w14:textId="3DB46D98" w:rsidR="00BD662D" w:rsidRDefault="00382C35" w:rsidP="00382C35">
      <w:pPr>
        <w:ind w:left="360"/>
      </w:pPr>
      <w:r>
        <w:br/>
      </w:r>
    </w:p>
    <w:p w14:paraId="27764E44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5</w:t>
      </w:r>
      <w:r>
        <w:t>. Label the parts of a wave diagram (crest, trough, wavelength).</w:t>
      </w:r>
    </w:p>
    <w:p w14:paraId="00A53D7B" w14:textId="4DDD3689" w:rsidR="00BD662D" w:rsidRDefault="00382C35" w:rsidP="00382C35">
      <w:pPr>
        <w:ind w:left="360"/>
      </w:pPr>
      <w:r>
        <w:br/>
      </w:r>
      <w:r>
        <w:br/>
      </w:r>
    </w:p>
    <w:p w14:paraId="5E3442B1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6</w:t>
      </w:r>
      <w:r>
        <w:t>. Which part of the EM spectrum has the shortest wavelength?</w:t>
      </w:r>
    </w:p>
    <w:p w14:paraId="15EF642F" w14:textId="3A820933" w:rsidR="00BD662D" w:rsidRDefault="00382C35" w:rsidP="00382C35">
      <w:pPr>
        <w:ind w:left="360"/>
      </w:pPr>
      <w:r>
        <w:br/>
      </w:r>
      <w:r>
        <w:br/>
      </w:r>
    </w:p>
    <w:p w14:paraId="1BE322E3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7</w:t>
      </w:r>
      <w:r>
        <w:t>. State one use of microwaves.</w:t>
      </w:r>
    </w:p>
    <w:p w14:paraId="73BE20B3" w14:textId="29A7C4CB" w:rsidR="00BD662D" w:rsidRDefault="00382C35" w:rsidP="00382C35">
      <w:pPr>
        <w:ind w:left="360"/>
      </w:pPr>
      <w:r>
        <w:br/>
      </w:r>
      <w:r>
        <w:br/>
      </w:r>
    </w:p>
    <w:p w14:paraId="7D4E0CA1" w14:textId="3062C64C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8</w:t>
      </w:r>
      <w:r>
        <w:t>. What is a magnetic field?</w:t>
      </w:r>
      <w:r>
        <w:br/>
      </w:r>
      <w:r>
        <w:br/>
      </w:r>
    </w:p>
    <w:p w14:paraId="36477520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9</w:t>
      </w:r>
      <w:r>
        <w:t>. True or False: Magnetic field lines point from north to south.</w:t>
      </w:r>
    </w:p>
    <w:p w14:paraId="6E65112F" w14:textId="2E25339A" w:rsidR="00BD662D" w:rsidRDefault="00382C35" w:rsidP="00382C35">
      <w:pPr>
        <w:ind w:left="360"/>
      </w:pPr>
      <w:r>
        <w:br/>
      </w:r>
      <w:r>
        <w:br/>
      </w:r>
    </w:p>
    <w:p w14:paraId="365119A2" w14:textId="77777777" w:rsidR="00BD662D" w:rsidRDefault="00382C35" w:rsidP="00382C35">
      <w:pPr>
        <w:pStyle w:val="ListNumber"/>
        <w:numPr>
          <w:ilvl w:val="0"/>
          <w:numId w:val="0"/>
        </w:numPr>
        <w:ind w:left="360"/>
      </w:pPr>
      <w:r>
        <w:t>1</w:t>
      </w:r>
      <w:r>
        <w:t>0. Challenge: Describe how an electric motor works using magnets.</w:t>
      </w:r>
    </w:p>
    <w:p w14:paraId="60512282" w14:textId="0A959C74" w:rsidR="00BD662D" w:rsidRDefault="00382C35" w:rsidP="00382C35">
      <w:pPr>
        <w:ind w:left="360"/>
      </w:pPr>
      <w:r>
        <w:br/>
      </w:r>
    </w:p>
    <w:p w14:paraId="23A5BA15" w14:textId="77777777" w:rsidR="00BD662D" w:rsidRDefault="00382C35" w:rsidP="00382C35">
      <w:pPr>
        <w:pStyle w:val="IntenseQuote"/>
        <w:ind w:left="1080"/>
      </w:pPr>
      <w:r>
        <w:rPr>
          <w:rFonts w:ascii="Segoe UI Emoji" w:hAnsi="Segoe UI Emoji" w:cs="Segoe UI Emoji"/>
        </w:rPr>
        <w:t>📌</w:t>
      </w:r>
      <w:r>
        <w:t xml:space="preserve"> Don’t forget to complete your Sparx Science tasks on the same topics!</w:t>
      </w:r>
    </w:p>
    <w:sectPr w:rsidR="00BD662D" w:rsidSect="00382C35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55613D4"/>
    <w:multiLevelType w:val="hybridMultilevel"/>
    <w:tmpl w:val="BC2C86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442436">
    <w:abstractNumId w:val="8"/>
  </w:num>
  <w:num w:numId="2" w16cid:durableId="903299738">
    <w:abstractNumId w:val="6"/>
  </w:num>
  <w:num w:numId="3" w16cid:durableId="1772163336">
    <w:abstractNumId w:val="5"/>
  </w:num>
  <w:num w:numId="4" w16cid:durableId="1474257253">
    <w:abstractNumId w:val="4"/>
  </w:num>
  <w:num w:numId="5" w16cid:durableId="1544369601">
    <w:abstractNumId w:val="7"/>
  </w:num>
  <w:num w:numId="6" w16cid:durableId="329717653">
    <w:abstractNumId w:val="3"/>
  </w:num>
  <w:num w:numId="7" w16cid:durableId="1169633667">
    <w:abstractNumId w:val="2"/>
  </w:num>
  <w:num w:numId="8" w16cid:durableId="563298561">
    <w:abstractNumId w:val="1"/>
  </w:num>
  <w:num w:numId="9" w16cid:durableId="601766365">
    <w:abstractNumId w:val="0"/>
  </w:num>
  <w:num w:numId="10" w16cid:durableId="21460723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32E50"/>
    <w:rsid w:val="00382C35"/>
    <w:rsid w:val="00AA1D8D"/>
    <w:rsid w:val="00B47730"/>
    <w:rsid w:val="00BD662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03BDD2"/>
  <w14:defaultImageDpi w14:val="300"/>
  <w15:docId w15:val="{88EFB246-530D-4C50-B14B-53CC1F46D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Ms G McCormick</cp:lastModifiedBy>
  <cp:revision>2</cp:revision>
  <dcterms:created xsi:type="dcterms:W3CDTF">2025-06-23T19:50:00Z</dcterms:created>
  <dcterms:modified xsi:type="dcterms:W3CDTF">2025-06-23T19:50:00Z</dcterms:modified>
  <cp:category/>
</cp:coreProperties>
</file>