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925EA" w14:textId="77777777" w:rsidR="003A735B" w:rsidRDefault="00441A95">
      <w:pPr>
        <w:pStyle w:val="Heading1"/>
      </w:pPr>
      <w:r>
        <w:t>AQA Combined Science Trilogy</w:t>
      </w:r>
      <w:r>
        <w:br/>
        <w:t>Summer Holiday Catch-Up Plan</w:t>
      </w:r>
    </w:p>
    <w:p w14:paraId="58C06596" w14:textId="77777777" w:rsidR="003A735B" w:rsidRDefault="00441A95">
      <w:r>
        <w:t xml:space="preserve">This 6-week summer plan is designed to help students catch up and revise for AQA Combined Science Trilogy. It focuses on Biology Paper 1, Chemistry Paper 1, and Physics Paper 2, with weekly </w:t>
      </w:r>
      <w:r>
        <w:t>topic breakdowns, tasks, and suggested resources to support independent learning.</w:t>
      </w:r>
    </w:p>
    <w:p w14:paraId="680614C4" w14:textId="77777777" w:rsidR="003A735B" w:rsidRDefault="00441A95">
      <w:pPr>
        <w:pStyle w:val="Heading2"/>
      </w:pPr>
      <w:r>
        <w:t>Week 1: Biology Paper 1: Cells &amp; Organisation</w:t>
      </w:r>
    </w:p>
    <w:p w14:paraId="4C5784E9" w14:textId="77777777" w:rsidR="003A735B" w:rsidRDefault="00441A95">
      <w:pPr>
        <w:pStyle w:val="ListBullet"/>
      </w:pPr>
      <w:r>
        <w:t>🔬</w:t>
      </w:r>
      <w:r>
        <w:t xml:space="preserve"> Topics:</w:t>
      </w:r>
      <w:r>
        <w:br/>
        <w:t>• Cell structure and microscopy</w:t>
      </w:r>
      <w:r>
        <w:br/>
        <w:t>• Cell division</w:t>
      </w:r>
      <w:r>
        <w:br/>
        <w:t>• Transport in cells</w:t>
      </w:r>
      <w:r>
        <w:br/>
        <w:t>• Enzymes and the digestive system</w:t>
      </w:r>
    </w:p>
    <w:p w14:paraId="39C7DCA9" w14:textId="77777777" w:rsidR="008915BB" w:rsidRDefault="008915BB" w:rsidP="008915BB">
      <w:pPr>
        <w:pStyle w:val="ListBullet"/>
        <w:numPr>
          <w:ilvl w:val="0"/>
          <w:numId w:val="0"/>
        </w:numPr>
        <w:ind w:left="360" w:hanging="360"/>
      </w:pPr>
    </w:p>
    <w:p w14:paraId="5492B316" w14:textId="77777777" w:rsidR="003A735B" w:rsidRDefault="00441A95">
      <w:pPr>
        <w:pStyle w:val="ListBullet"/>
      </w:pPr>
      <w:r>
        <w:t>📘</w:t>
      </w:r>
      <w:r>
        <w:t xml:space="preserve"> Tasks:</w:t>
      </w:r>
      <w:r>
        <w:br/>
        <w:t>• Watch videos &amp; make flashcards</w:t>
      </w:r>
      <w:r>
        <w:br/>
        <w:t>• Complete 2 short exam Qs per topic</w:t>
      </w:r>
      <w:r>
        <w:br/>
        <w:t>• Quiz on key terms</w:t>
      </w:r>
    </w:p>
    <w:p w14:paraId="1769E5F4" w14:textId="77777777" w:rsidR="008915BB" w:rsidRDefault="008915BB" w:rsidP="008915BB">
      <w:pPr>
        <w:pStyle w:val="ListParagraph"/>
      </w:pPr>
    </w:p>
    <w:p w14:paraId="314AA35D" w14:textId="77777777" w:rsidR="008915BB" w:rsidRDefault="008915BB" w:rsidP="008915BB">
      <w:pPr>
        <w:pStyle w:val="ListBullet"/>
        <w:numPr>
          <w:ilvl w:val="0"/>
          <w:numId w:val="0"/>
        </w:numPr>
      </w:pPr>
    </w:p>
    <w:p w14:paraId="1AED4808" w14:textId="54A779D6" w:rsidR="003A735B" w:rsidRDefault="00441A95">
      <w:pPr>
        <w:pStyle w:val="ListBullet"/>
      </w:pPr>
      <w:r>
        <w:t>🌐</w:t>
      </w:r>
      <w:r>
        <w:t xml:space="preserve"> Suggested Resources:</w:t>
      </w:r>
      <w:r>
        <w:br/>
      </w:r>
    </w:p>
    <w:p w14:paraId="1BF12A1C" w14:textId="77777777" w:rsidR="003A735B" w:rsidRDefault="00441A95">
      <w:pPr>
        <w:pStyle w:val="Heading2"/>
      </w:pPr>
      <w:r>
        <w:t>Week 2: Biology Paper 1: Infection &amp; Bioenergetics</w:t>
      </w:r>
    </w:p>
    <w:p w14:paraId="0DE9276D" w14:textId="77777777" w:rsidR="003A735B" w:rsidRDefault="00441A95">
      <w:pPr>
        <w:pStyle w:val="ListBullet"/>
      </w:pPr>
      <w:r>
        <w:t>🔬</w:t>
      </w:r>
      <w:r>
        <w:t xml:space="preserve"> Topics:</w:t>
      </w:r>
      <w:r>
        <w:br/>
        <w:t>• Pathogens and the immune system</w:t>
      </w:r>
      <w:r>
        <w:br/>
        <w:t>• Vaccination &amp; antibiotics</w:t>
      </w:r>
      <w:r>
        <w:br/>
        <w:t>• Photosynthesis</w:t>
      </w:r>
      <w:r>
        <w:br/>
        <w:t>• Respiration</w:t>
      </w:r>
    </w:p>
    <w:p w14:paraId="097CB68B" w14:textId="77777777" w:rsidR="008915BB" w:rsidRDefault="008915BB" w:rsidP="008915BB">
      <w:pPr>
        <w:pStyle w:val="ListBullet"/>
        <w:numPr>
          <w:ilvl w:val="0"/>
          <w:numId w:val="0"/>
        </w:numPr>
      </w:pPr>
    </w:p>
    <w:p w14:paraId="417EFE70" w14:textId="77777777" w:rsidR="008915BB" w:rsidRDefault="008915BB" w:rsidP="008915BB">
      <w:pPr>
        <w:pStyle w:val="ListBullet"/>
        <w:numPr>
          <w:ilvl w:val="0"/>
          <w:numId w:val="0"/>
        </w:numPr>
      </w:pPr>
    </w:p>
    <w:p w14:paraId="449A3D5D" w14:textId="77777777" w:rsidR="003A735B" w:rsidRDefault="00441A95">
      <w:pPr>
        <w:pStyle w:val="ListBullet"/>
      </w:pPr>
      <w:r>
        <w:t>📘</w:t>
      </w:r>
      <w:r>
        <w:t xml:space="preserve"> Tasks:</w:t>
      </w:r>
      <w:r>
        <w:br/>
        <w:t>• Create a dual-sided knowledge organiser</w:t>
      </w:r>
      <w:r>
        <w:br/>
        <w:t>• Practice graph/data Qs</w:t>
      </w:r>
      <w:r>
        <w:br/>
        <w:t>• Quizlet flashcards</w:t>
      </w:r>
    </w:p>
    <w:p w14:paraId="6C30FE89" w14:textId="77777777" w:rsidR="003A735B" w:rsidRDefault="00441A95">
      <w:pPr>
        <w:pStyle w:val="ListBullet"/>
      </w:pPr>
      <w:r>
        <w:t>🌐</w:t>
      </w:r>
      <w:r>
        <w:t xml:space="preserve"> Suggested Resources:</w:t>
      </w:r>
      <w:r>
        <w:br/>
        <w:t>• GCSE Bitesize</w:t>
      </w:r>
      <w:r>
        <w:br/>
        <w:t>• AQA past papers</w:t>
      </w:r>
    </w:p>
    <w:p w14:paraId="2EA1C13C" w14:textId="77777777" w:rsidR="003A735B" w:rsidRDefault="00441A95">
      <w:pPr>
        <w:pStyle w:val="Heading2"/>
      </w:pPr>
      <w:r>
        <w:lastRenderedPageBreak/>
        <w:t>Week 3: Chemistry Paper 1: Atomic Structure &amp; Bonding</w:t>
      </w:r>
    </w:p>
    <w:p w14:paraId="0E7EF131" w14:textId="77777777" w:rsidR="003A735B" w:rsidRDefault="00441A95">
      <w:pPr>
        <w:pStyle w:val="ListBullet"/>
      </w:pPr>
      <w:r>
        <w:t>🔬</w:t>
      </w:r>
      <w:r>
        <w:t xml:space="preserve"> Topics:</w:t>
      </w:r>
      <w:r>
        <w:br/>
        <w:t>• Atoms, elements, isotopes</w:t>
      </w:r>
      <w:r>
        <w:br/>
        <w:t>• Electron shells</w:t>
      </w:r>
      <w:r>
        <w:br/>
        <w:t>• Ionic and covalent bonding</w:t>
      </w:r>
      <w:r>
        <w:br/>
        <w:t>• Properties of materials</w:t>
      </w:r>
    </w:p>
    <w:p w14:paraId="36F7A8D6" w14:textId="77777777" w:rsidR="003A735B" w:rsidRDefault="00441A95">
      <w:pPr>
        <w:pStyle w:val="ListBullet"/>
      </w:pPr>
      <w:r>
        <w:t>📘</w:t>
      </w:r>
      <w:r>
        <w:t xml:space="preserve"> Tasks:</w:t>
      </w:r>
      <w:r>
        <w:br/>
        <w:t>• Revise with flashcards</w:t>
      </w:r>
      <w:r>
        <w:br/>
        <w:t>• Draw atom diagrams</w:t>
      </w:r>
      <w:r>
        <w:br/>
        <w:t>• Practice multiple-choice Qs</w:t>
      </w:r>
    </w:p>
    <w:p w14:paraId="5614F0E2" w14:textId="77777777" w:rsidR="003A735B" w:rsidRDefault="00441A95">
      <w:pPr>
        <w:pStyle w:val="ListBullet"/>
      </w:pPr>
      <w:r>
        <w:t>🌐</w:t>
      </w:r>
      <w:r>
        <w:t xml:space="preserve"> Suggested Resources:</w:t>
      </w:r>
      <w:r>
        <w:br/>
        <w:t>• Cognito</w:t>
      </w:r>
      <w:r>
        <w:br/>
        <w:t>• Seneca</w:t>
      </w:r>
      <w:r>
        <w:br/>
        <w:t>• FreeScienceLessons</w:t>
      </w:r>
    </w:p>
    <w:p w14:paraId="7C69F174" w14:textId="77777777" w:rsidR="003A735B" w:rsidRDefault="00441A95">
      <w:pPr>
        <w:pStyle w:val="Heading2"/>
      </w:pPr>
      <w:r>
        <w:t>Week 4: Chemistry Paper 1: Chemical Reactions</w:t>
      </w:r>
    </w:p>
    <w:p w14:paraId="0760E9CD" w14:textId="77777777" w:rsidR="003A735B" w:rsidRDefault="00441A95">
      <w:pPr>
        <w:pStyle w:val="ListBullet"/>
      </w:pPr>
      <w:r>
        <w:t>🔬</w:t>
      </w:r>
      <w:r>
        <w:t xml:space="preserve"> Topics:</w:t>
      </w:r>
      <w:r>
        <w:br/>
        <w:t>• Conservation of mass</w:t>
      </w:r>
      <w:r>
        <w:br/>
        <w:t>• Balancing equations</w:t>
      </w:r>
      <w:r>
        <w:br/>
        <w:t>• Reactivity series</w:t>
      </w:r>
      <w:r>
        <w:br/>
        <w:t>• Acids and bases</w:t>
      </w:r>
    </w:p>
    <w:p w14:paraId="2BF61E4A" w14:textId="77777777" w:rsidR="003A735B" w:rsidRDefault="00441A95">
      <w:pPr>
        <w:pStyle w:val="ListBullet"/>
      </w:pPr>
      <w:r>
        <w:t>📘</w:t>
      </w:r>
      <w:r>
        <w:t xml:space="preserve"> Tasks:</w:t>
      </w:r>
      <w:r>
        <w:br/>
        <w:t>• Practice equation writing</w:t>
      </w:r>
      <w:r>
        <w:br/>
        <w:t>• Complete mini exam paper</w:t>
      </w:r>
      <w:r>
        <w:br/>
        <w:t>• Self-mark &amp; reflect</w:t>
      </w:r>
    </w:p>
    <w:p w14:paraId="1BF4B4EF" w14:textId="77777777" w:rsidR="003A735B" w:rsidRDefault="00441A95">
      <w:pPr>
        <w:pStyle w:val="ListBullet"/>
      </w:pPr>
      <w:r>
        <w:t>🌐</w:t>
      </w:r>
      <w:r>
        <w:t xml:space="preserve"> Suggested Resources:</w:t>
      </w:r>
      <w:r>
        <w:br/>
        <w:t>• AQA Spec Questions</w:t>
      </w:r>
      <w:r>
        <w:br/>
        <w:t>• MyGCSEScience (if available)</w:t>
      </w:r>
    </w:p>
    <w:p w14:paraId="15CDE335" w14:textId="77777777" w:rsidR="003A735B" w:rsidRDefault="00441A95">
      <w:pPr>
        <w:pStyle w:val="Heading2"/>
      </w:pPr>
      <w:r>
        <w:t>Week 5: Physics Paper 2: Forces &amp; Motion</w:t>
      </w:r>
    </w:p>
    <w:p w14:paraId="16922C71" w14:textId="77777777" w:rsidR="003A735B" w:rsidRDefault="00441A95">
      <w:pPr>
        <w:pStyle w:val="ListBullet"/>
      </w:pPr>
      <w:r>
        <w:t>🔬</w:t>
      </w:r>
      <w:r>
        <w:t xml:space="preserve"> Topics:</w:t>
      </w:r>
      <w:r>
        <w:br/>
        <w:t>• Speed, velocity</w:t>
      </w:r>
      <w:r>
        <w:br/>
        <w:t>• Acceleration &amp; distance-time graphs</w:t>
      </w:r>
      <w:r>
        <w:br/>
        <w:t>• Newton’s laws</w:t>
      </w:r>
      <w:r>
        <w:br/>
        <w:t>• Forces &amp; braking</w:t>
      </w:r>
    </w:p>
    <w:p w14:paraId="00BFA9C5" w14:textId="77777777" w:rsidR="003A735B" w:rsidRDefault="00441A95">
      <w:pPr>
        <w:pStyle w:val="ListBullet"/>
      </w:pPr>
      <w:r>
        <w:t>📘</w:t>
      </w:r>
      <w:r>
        <w:t xml:space="preserve"> Tasks:</w:t>
      </w:r>
      <w:r>
        <w:br/>
        <w:t>• Complete calculation questions</w:t>
      </w:r>
      <w:r>
        <w:br/>
        <w:t>• Draw annotated graphs</w:t>
      </w:r>
      <w:r>
        <w:br/>
        <w:t>• Peer quiz activity</w:t>
      </w:r>
    </w:p>
    <w:p w14:paraId="53E09F51" w14:textId="77777777" w:rsidR="003A735B" w:rsidRDefault="00441A95">
      <w:pPr>
        <w:pStyle w:val="ListBullet"/>
      </w:pPr>
      <w:r>
        <w:t>🌐</w:t>
      </w:r>
      <w:r>
        <w:t xml:space="preserve"> Suggested Resources:</w:t>
      </w:r>
      <w:r>
        <w:br/>
        <w:t>• PhysicsOnline</w:t>
      </w:r>
      <w:r>
        <w:br/>
        <w:t>• Isaac Physics (basic sets)</w:t>
      </w:r>
    </w:p>
    <w:p w14:paraId="6B4CBB78" w14:textId="77777777" w:rsidR="003A735B" w:rsidRDefault="00441A95">
      <w:pPr>
        <w:pStyle w:val="Heading2"/>
      </w:pPr>
      <w:r>
        <w:lastRenderedPageBreak/>
        <w:t>Week 6: Physics Paper 2: Waves &amp; Magnetism</w:t>
      </w:r>
    </w:p>
    <w:p w14:paraId="79C0D61D" w14:textId="77777777" w:rsidR="003A735B" w:rsidRDefault="00441A95">
      <w:pPr>
        <w:pStyle w:val="ListBullet"/>
      </w:pPr>
      <w:r>
        <w:t>🔬</w:t>
      </w:r>
      <w:r>
        <w:t xml:space="preserve"> Topics:</w:t>
      </w:r>
      <w:r>
        <w:br/>
        <w:t>• Wave properties</w:t>
      </w:r>
      <w:r>
        <w:br/>
        <w:t>• Light and lenses</w:t>
      </w:r>
      <w:r>
        <w:br/>
        <w:t>• Electromagnetic spectrum</w:t>
      </w:r>
      <w:r>
        <w:br/>
        <w:t>• Magnetic fields &amp; motors</w:t>
      </w:r>
    </w:p>
    <w:p w14:paraId="75E3098C" w14:textId="77777777" w:rsidR="003A735B" w:rsidRDefault="00441A95">
      <w:pPr>
        <w:pStyle w:val="ListBullet"/>
      </w:pPr>
      <w:r>
        <w:t>📘</w:t>
      </w:r>
      <w:r>
        <w:t xml:space="preserve"> Tasks:</w:t>
      </w:r>
      <w:r>
        <w:br/>
        <w:t>• Label diagrams</w:t>
      </w:r>
      <w:r>
        <w:br/>
        <w:t>• Complete past paper questions</w:t>
      </w:r>
      <w:r>
        <w:br/>
        <w:t>• Use checklist to self-assess</w:t>
      </w:r>
    </w:p>
    <w:p w14:paraId="21F2392C" w14:textId="77777777" w:rsidR="003A735B" w:rsidRDefault="00441A95">
      <w:pPr>
        <w:pStyle w:val="ListBullet"/>
      </w:pPr>
      <w:r>
        <w:t>🌐</w:t>
      </w:r>
      <w:r>
        <w:t xml:space="preserve"> Suggested Resources:</w:t>
      </w:r>
      <w:r>
        <w:br/>
        <w:t>• Cognito</w:t>
      </w:r>
      <w:r>
        <w:br/>
        <w:t>• Physics &amp; Maths Tutor</w:t>
      </w:r>
    </w:p>
    <w:p w14:paraId="64880375" w14:textId="77777777" w:rsidR="003A735B" w:rsidRDefault="00441A95">
      <w:r>
        <w:br w:type="page"/>
      </w:r>
    </w:p>
    <w:p w14:paraId="50F97B5E" w14:textId="77777777" w:rsidR="003A735B" w:rsidRDefault="00441A95">
      <w:pPr>
        <w:pStyle w:val="Heading2"/>
      </w:pPr>
      <w:r>
        <w:lastRenderedPageBreak/>
        <w:t>✅</w:t>
      </w:r>
      <w:r>
        <w:t xml:space="preserve"> Weekly Student Checklist</w:t>
      </w:r>
    </w:p>
    <w:p w14:paraId="0DFE9327" w14:textId="77777777" w:rsidR="003A735B" w:rsidRDefault="00441A95">
      <w:r>
        <w:t>At the end of each week, complete the following self-assessment:</w:t>
      </w:r>
    </w:p>
    <w:p w14:paraId="7A5FF603" w14:textId="77777777" w:rsidR="003A735B" w:rsidRDefault="00441A95">
      <w:pPr>
        <w:pStyle w:val="ListBullet"/>
      </w:pPr>
      <w:r>
        <w:t>✓</w:t>
      </w:r>
      <w:r>
        <w:t xml:space="preserve"> I can </w:t>
      </w:r>
      <w:r>
        <w:t>explain:</w:t>
      </w:r>
    </w:p>
    <w:p w14:paraId="4E6DCFCB" w14:textId="77777777" w:rsidR="003A735B" w:rsidRDefault="00441A95">
      <w:pPr>
        <w:pStyle w:val="ListBullet2"/>
      </w:pPr>
      <w:r>
        <w:t>• Key vocabulary (e.g. 'diffusion', 'ionic bonding', 'wavelength')</w:t>
      </w:r>
    </w:p>
    <w:p w14:paraId="65C97E94" w14:textId="77777777" w:rsidR="003A735B" w:rsidRDefault="00441A95">
      <w:pPr>
        <w:pStyle w:val="ListBullet2"/>
      </w:pPr>
      <w:r>
        <w:t>• 1–2 core processes (e.g. photosynthesis equation, how magnets interact)</w:t>
      </w:r>
    </w:p>
    <w:p w14:paraId="7E09D9D1" w14:textId="77777777" w:rsidR="003A735B" w:rsidRDefault="00441A95">
      <w:pPr>
        <w:pStyle w:val="ListBullet2"/>
      </w:pPr>
      <w:r>
        <w:t>• How to answer a 4–6 mark question from this week</w:t>
      </w:r>
    </w:p>
    <w:p w14:paraId="5AF60FE6" w14:textId="77777777" w:rsidR="003A735B" w:rsidRDefault="00441A95">
      <w:pPr>
        <w:pStyle w:val="ListBullet"/>
      </w:pPr>
      <w:r>
        <w:t>🧠</w:t>
      </w:r>
      <w:r>
        <w:t xml:space="preserve"> I still need to review:</w:t>
      </w:r>
    </w:p>
    <w:p w14:paraId="2CCCD6D4" w14:textId="77777777" w:rsidR="003A735B" w:rsidRDefault="00441A95">
      <w:r>
        <w:t>[Space for student notes]</w:t>
      </w:r>
    </w:p>
    <w:sectPr w:rsidR="003A735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33789531">
    <w:abstractNumId w:val="8"/>
  </w:num>
  <w:num w:numId="2" w16cid:durableId="166753713">
    <w:abstractNumId w:val="6"/>
  </w:num>
  <w:num w:numId="3" w16cid:durableId="1897009415">
    <w:abstractNumId w:val="5"/>
  </w:num>
  <w:num w:numId="4" w16cid:durableId="2106883092">
    <w:abstractNumId w:val="4"/>
  </w:num>
  <w:num w:numId="5" w16cid:durableId="1964117936">
    <w:abstractNumId w:val="7"/>
  </w:num>
  <w:num w:numId="6" w16cid:durableId="1609660116">
    <w:abstractNumId w:val="3"/>
  </w:num>
  <w:num w:numId="7" w16cid:durableId="641276995">
    <w:abstractNumId w:val="2"/>
  </w:num>
  <w:num w:numId="8" w16cid:durableId="2095741727">
    <w:abstractNumId w:val="1"/>
  </w:num>
  <w:num w:numId="9" w16cid:durableId="721290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32E50"/>
    <w:rsid w:val="003A735B"/>
    <w:rsid w:val="00441A95"/>
    <w:rsid w:val="008915BB"/>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343CEE"/>
  <w14:defaultImageDpi w14:val="300"/>
  <w15:docId w15:val="{88EFB246-530D-4C50-B14B-53CC1F46D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373</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Ms G McCormick</cp:lastModifiedBy>
  <cp:revision>2</cp:revision>
  <dcterms:created xsi:type="dcterms:W3CDTF">2025-06-23T19:50:00Z</dcterms:created>
  <dcterms:modified xsi:type="dcterms:W3CDTF">2025-06-23T19:50:00Z</dcterms:modified>
  <cp:category/>
</cp:coreProperties>
</file>