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13664" w14:textId="129ABAA7" w:rsidR="003E1D36" w:rsidRDefault="00EE5858" w:rsidP="00B661DC">
      <w:pPr>
        <w:pStyle w:val="Heading1"/>
        <w:jc w:val="center"/>
      </w:pPr>
      <w:r>
        <w:t>NCFE Level 1/2 Health &amp; Fitness: Full Exam Practice</w:t>
      </w:r>
    </w:p>
    <w:p w14:paraId="57E1F5AC" w14:textId="77777777" w:rsidR="00B661DC" w:rsidRDefault="00B661DC"/>
    <w:p w14:paraId="66808865" w14:textId="1C6B3521" w:rsidR="003E1D36" w:rsidRDefault="00EE5858">
      <w:r>
        <w:t xml:space="preserve">Each topic begins with an example question and model answer, followed by a similar question for </w:t>
      </w:r>
      <w:r w:rsidR="00B661DC">
        <w:t xml:space="preserve">you </w:t>
      </w:r>
      <w:r>
        <w:t>to complete.</w:t>
      </w:r>
      <w:r>
        <w:br/>
      </w:r>
    </w:p>
    <w:p w14:paraId="6BFD845F" w14:textId="77777777" w:rsidR="003E1D36" w:rsidRDefault="00EE5858">
      <w:r>
        <w:t>Topic: Muscles</w:t>
      </w:r>
    </w:p>
    <w:p w14:paraId="77CC301D" w14:textId="77777777" w:rsidR="003E1D36" w:rsidRDefault="00EE5858">
      <w:r>
        <w:t>Example Question:</w:t>
      </w:r>
    </w:p>
    <w:p w14:paraId="6F5EAF42" w14:textId="77777777" w:rsidR="003E1D36" w:rsidRDefault="00EE5858">
      <w:r>
        <w:t xml:space="preserve">Q1. Which muscle </w:t>
      </w:r>
      <w:r>
        <w:t>helps you straighten your leg at the knee?</w:t>
      </w:r>
    </w:p>
    <w:p w14:paraId="1E767861" w14:textId="77777777" w:rsidR="003E1D36" w:rsidRDefault="00EE5858">
      <w:r>
        <w:t>✔</w:t>
      </w:r>
      <w:r>
        <w:t xml:space="preserve"> Model Answer: The quadriceps are on the front of the thigh and straighten the knee.</w:t>
      </w:r>
    </w:p>
    <w:p w14:paraId="6C90941C" w14:textId="584CE562" w:rsidR="003E1D36" w:rsidRDefault="00EE5858">
      <w:r>
        <w:br/>
      </w:r>
      <w:r>
        <w:t>Now You Try:</w:t>
      </w:r>
    </w:p>
    <w:p w14:paraId="71D09D67" w14:textId="77777777" w:rsidR="00F44D2F" w:rsidRDefault="00EE5858">
      <w:r>
        <w:t xml:space="preserve">Q2. Which muscle helps you bend your leg at the knee? </w:t>
      </w:r>
    </w:p>
    <w:p w14:paraId="018EECA3" w14:textId="37A937DB" w:rsidR="003E1D36" w:rsidRDefault="00EE5858">
      <w:r>
        <w:t>🔘</w:t>
      </w:r>
      <w:r>
        <w:t xml:space="preserve"> Quadriceps </w:t>
      </w:r>
      <w:r>
        <w:t>🔘</w:t>
      </w:r>
      <w:r>
        <w:t xml:space="preserve"> Hamstrings </w:t>
      </w:r>
      <w:r>
        <w:t>🔘</w:t>
      </w:r>
      <w:r>
        <w:t xml:space="preserve"> Gastrocnemius </w:t>
      </w:r>
      <w:r>
        <w:t>🔘</w:t>
      </w:r>
      <w:r>
        <w:t xml:space="preserve"> Abdominals</w:t>
      </w:r>
    </w:p>
    <w:p w14:paraId="6118C678" w14:textId="6108701D" w:rsidR="003E1D36" w:rsidRDefault="00EE5858">
      <w:r>
        <w:t>Answer:</w:t>
      </w:r>
      <w:r>
        <w:br/>
      </w:r>
      <w:r>
        <w:br/>
      </w:r>
      <w:r>
        <w:br/>
      </w:r>
      <w:r>
        <w:t>Topic: Vertebral Column / Posture</w:t>
      </w:r>
    </w:p>
    <w:p w14:paraId="0E82D186" w14:textId="77777777" w:rsidR="003E1D36" w:rsidRDefault="00EE5858">
      <w:r>
        <w:t>Example Question:</w:t>
      </w:r>
    </w:p>
    <w:p w14:paraId="4BACB2AF" w14:textId="77777777" w:rsidR="003E1D36" w:rsidRDefault="00EE5858">
      <w:r>
        <w:t>Q3. Label the three regions of the vertebral column.</w:t>
      </w:r>
    </w:p>
    <w:p w14:paraId="3B4FB579" w14:textId="77777777" w:rsidR="003E1D36" w:rsidRDefault="00EE5858">
      <w:r>
        <w:t>✔</w:t>
      </w:r>
      <w:r>
        <w:t xml:space="preserve"> Model Answer: Cervical (neck), Thoracic (chest), Lumbar (lower back).</w:t>
      </w:r>
    </w:p>
    <w:p w14:paraId="0135AEB2" w14:textId="6874AF1A" w:rsidR="003E1D36" w:rsidRDefault="00EE5858">
      <w:r>
        <w:br/>
      </w:r>
      <w:r>
        <w:t>Now You Try:</w:t>
      </w:r>
    </w:p>
    <w:p w14:paraId="4F89F158" w14:textId="77777777" w:rsidR="00F44D2F" w:rsidRDefault="00EE5858">
      <w:r>
        <w:t xml:space="preserve">Q4. Which part of the spine curves inwards with lordosis? </w:t>
      </w:r>
    </w:p>
    <w:p w14:paraId="037B8942" w14:textId="73925313" w:rsidR="003E1D36" w:rsidRDefault="00EE5858">
      <w:r>
        <w:t>🔘</w:t>
      </w:r>
      <w:r>
        <w:t xml:space="preserve"> Cervical </w:t>
      </w:r>
      <w:r>
        <w:t>🔘</w:t>
      </w:r>
      <w:r>
        <w:t xml:space="preserve"> Thoracic </w:t>
      </w:r>
      <w:r>
        <w:t>🔘</w:t>
      </w:r>
      <w:r>
        <w:t xml:space="preserve"> Lumbar </w:t>
      </w:r>
      <w:r>
        <w:t>🔘</w:t>
      </w:r>
      <w:r>
        <w:t xml:space="preserve"> Sacrum</w:t>
      </w:r>
    </w:p>
    <w:p w14:paraId="29A4A62C" w14:textId="77777777" w:rsidR="0073496F" w:rsidRDefault="00EE5858">
      <w:r>
        <w:t>Answer:</w:t>
      </w:r>
    </w:p>
    <w:p w14:paraId="7ED4137F" w14:textId="77777777" w:rsidR="008D71EB" w:rsidRDefault="00EE5858">
      <w:r>
        <w:br/>
      </w:r>
    </w:p>
    <w:p w14:paraId="0A55CF9D" w14:textId="77777777" w:rsidR="008D71EB" w:rsidRDefault="008D71EB"/>
    <w:p w14:paraId="2F027592" w14:textId="085A46AB" w:rsidR="003E1D36" w:rsidRDefault="00EE5858">
      <w:r>
        <w:lastRenderedPageBreak/>
        <w:br/>
      </w:r>
      <w:r>
        <w:t>Topic: Components of Fitness</w:t>
      </w:r>
    </w:p>
    <w:p w14:paraId="0C653849" w14:textId="77777777" w:rsidR="003E1D36" w:rsidRDefault="00EE5858">
      <w:r>
        <w:t>Example Question:</w:t>
      </w:r>
    </w:p>
    <w:p w14:paraId="222CFE9F" w14:textId="7CE89E0B" w:rsidR="003E1D36" w:rsidRDefault="00EE5858">
      <w:r>
        <w:t xml:space="preserve">Q5. List the five components of </w:t>
      </w:r>
      <w:r w:rsidR="002B3E63">
        <w:t xml:space="preserve">Health Related </w:t>
      </w:r>
      <w:r>
        <w:t>fitness.</w:t>
      </w:r>
    </w:p>
    <w:p w14:paraId="3330D2C9" w14:textId="77777777" w:rsidR="003E1D36" w:rsidRDefault="00EE5858">
      <w:r>
        <w:t>✔</w:t>
      </w:r>
      <w:r>
        <w:t xml:space="preserve"> Model Answer: Cardiovascular endurance, muscular strength, muscular endurance, flexibility, body composition.</w:t>
      </w:r>
    </w:p>
    <w:p w14:paraId="73132542" w14:textId="77777777" w:rsidR="003E1D36" w:rsidRDefault="00EE5858">
      <w:r>
        <w:br/>
      </w:r>
    </w:p>
    <w:p w14:paraId="408956AD" w14:textId="77777777" w:rsidR="003E1D36" w:rsidRDefault="00EE5858">
      <w:r>
        <w:t>Now You Try:</w:t>
      </w:r>
    </w:p>
    <w:p w14:paraId="6FCF14DE" w14:textId="77777777" w:rsidR="003E1D36" w:rsidRDefault="00EE5858">
      <w:r>
        <w:t>Q6. Which component of fitness is most important for a marathon runner and why?</w:t>
      </w:r>
    </w:p>
    <w:p w14:paraId="3A465D75" w14:textId="77777777" w:rsidR="00634724" w:rsidRDefault="00EE5858">
      <w:r>
        <w:t>Answer:</w:t>
      </w:r>
      <w:r w:rsidR="0073496F"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  <w:r>
        <w:br/>
      </w:r>
    </w:p>
    <w:p w14:paraId="265B3EA7" w14:textId="353B2D51" w:rsidR="003E1D36" w:rsidRDefault="00EE5858">
      <w:r>
        <w:br/>
      </w:r>
      <w:r>
        <w:t xml:space="preserve">Topic: </w:t>
      </w:r>
      <w:r>
        <w:t>Short-term Effects of Exercise</w:t>
      </w:r>
    </w:p>
    <w:p w14:paraId="157F5DD1" w14:textId="77777777" w:rsidR="003E1D36" w:rsidRDefault="00EE5858">
      <w:r>
        <w:t>Example Question:</w:t>
      </w:r>
    </w:p>
    <w:p w14:paraId="523EE9E6" w14:textId="77777777" w:rsidR="003E1D36" w:rsidRDefault="00EE5858">
      <w:r>
        <w:t>Q7. Give two short-term effects of exercise.</w:t>
      </w:r>
    </w:p>
    <w:p w14:paraId="52A007A0" w14:textId="77777777" w:rsidR="003E1D36" w:rsidRDefault="00EE5858">
      <w:r>
        <w:t>✔</w:t>
      </w:r>
      <w:r>
        <w:t xml:space="preserve"> Model Answer: Increased breathing rate and heart rate.</w:t>
      </w:r>
    </w:p>
    <w:p w14:paraId="2FF3B607" w14:textId="739C1E64" w:rsidR="003E1D36" w:rsidRDefault="00EE5858">
      <w:r>
        <w:br/>
      </w:r>
      <w:r>
        <w:t>Now You Try:</w:t>
      </w:r>
    </w:p>
    <w:p w14:paraId="339B0236" w14:textId="77777777" w:rsidR="003E1D36" w:rsidRDefault="00EE5858">
      <w:r>
        <w:t xml:space="preserve">Q8. Explain why breathing rate increases during intense activity. </w:t>
      </w:r>
      <w:r>
        <w:t>📝</w:t>
      </w:r>
      <w:r>
        <w:t xml:space="preserve"> Use: 'This happens because…'</w:t>
      </w:r>
    </w:p>
    <w:p w14:paraId="5CB09906" w14:textId="32AC9450" w:rsidR="003E1D36" w:rsidRDefault="00EE5858">
      <w:r>
        <w:t>Answer:</w:t>
      </w:r>
      <w:r w:rsidR="00634724"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  <w:r>
        <w:br/>
      </w:r>
      <w:r>
        <w:br/>
      </w:r>
    </w:p>
    <w:p w14:paraId="2F827D4D" w14:textId="77777777" w:rsidR="00634724" w:rsidRDefault="00634724"/>
    <w:p w14:paraId="48C1CBA2" w14:textId="668C4D68" w:rsidR="003E1D36" w:rsidRDefault="00EE5858">
      <w:r>
        <w:lastRenderedPageBreak/>
        <w:t>Topic: Types of Joints</w:t>
      </w:r>
    </w:p>
    <w:p w14:paraId="4DADEB14" w14:textId="77777777" w:rsidR="003E1D36" w:rsidRDefault="00EE5858">
      <w:r>
        <w:t>Example Question:</w:t>
      </w:r>
    </w:p>
    <w:p w14:paraId="24204751" w14:textId="77777777" w:rsidR="003E1D36" w:rsidRDefault="00EE5858">
      <w:r>
        <w:t>Q9. Name the three types of joints.</w:t>
      </w:r>
    </w:p>
    <w:p w14:paraId="055CBB3B" w14:textId="71DFFAE5" w:rsidR="003E1D36" w:rsidRDefault="00EE5858">
      <w:r>
        <w:t>✔</w:t>
      </w:r>
      <w:r>
        <w:t xml:space="preserve"> Model Answer: </w:t>
      </w:r>
      <w:r w:rsidR="00AA0E35">
        <w:t>Fixed</w:t>
      </w:r>
      <w:r w:rsidR="00E61C68">
        <w:t xml:space="preserve"> </w:t>
      </w:r>
      <w:r w:rsidR="00E61C68" w:rsidRPr="00E61C68">
        <w:t>(fibrous)</w:t>
      </w:r>
      <w:r>
        <w:t xml:space="preserve">, </w:t>
      </w:r>
      <w:r w:rsidR="00B064E4">
        <w:t>S</w:t>
      </w:r>
      <w:r w:rsidR="00313DDC">
        <w:t xml:space="preserve">lightly </w:t>
      </w:r>
      <w:proofErr w:type="gramStart"/>
      <w:r w:rsidR="00B064E4">
        <w:t>M</w:t>
      </w:r>
      <w:r w:rsidR="00313DDC">
        <w:t>oveable</w:t>
      </w:r>
      <w:r w:rsidR="00E61C68">
        <w:t xml:space="preserve"> </w:t>
      </w:r>
      <w:r w:rsidR="00E61C68" w:rsidRPr="00E61C68">
        <w:t> (</w:t>
      </w:r>
      <w:proofErr w:type="gramEnd"/>
      <w:r w:rsidR="00E61C68" w:rsidRPr="00E61C68">
        <w:t>cartilaginous)</w:t>
      </w:r>
      <w:r>
        <w:t xml:space="preserve">, </w:t>
      </w:r>
      <w:r w:rsidR="00D80CFC" w:rsidRPr="00D80CFC">
        <w:t>freely movable</w:t>
      </w:r>
      <w:r w:rsidR="00D80CFC">
        <w:t xml:space="preserve"> (s</w:t>
      </w:r>
      <w:r>
        <w:t>ynovial.</w:t>
      </w:r>
      <w:r w:rsidR="00D80CFC">
        <w:t>)</w:t>
      </w:r>
    </w:p>
    <w:p w14:paraId="5668054A" w14:textId="38B9128B" w:rsidR="003E1D36" w:rsidRDefault="00EE5858">
      <w:r>
        <w:br/>
      </w:r>
      <w:r>
        <w:t>Now You Try:</w:t>
      </w:r>
    </w:p>
    <w:p w14:paraId="6F9FC1A5" w14:textId="77777777" w:rsidR="003E1D36" w:rsidRDefault="00EE5858">
      <w:r>
        <w:t>Q10. Give one example of each joint type in the human body.</w:t>
      </w:r>
    </w:p>
    <w:p w14:paraId="0BFAFBBA" w14:textId="7619023F" w:rsidR="00D80CFC" w:rsidRDefault="00D80CFC">
      <w:r>
        <w:t xml:space="preserve">Fixed – </w:t>
      </w:r>
    </w:p>
    <w:p w14:paraId="47B8CD30" w14:textId="1E481FE6" w:rsidR="0052283B" w:rsidRDefault="00D80CFC">
      <w:r>
        <w:t xml:space="preserve">Slightly moveable </w:t>
      </w:r>
      <w:r w:rsidR="0052283B">
        <w:t xml:space="preserve">– </w:t>
      </w:r>
    </w:p>
    <w:p w14:paraId="5ED4C802" w14:textId="38C33A6B" w:rsidR="003E1D36" w:rsidRDefault="0052283B">
      <w:r>
        <w:t xml:space="preserve">Freely moveable - </w:t>
      </w:r>
      <w:r w:rsidR="00EE5858">
        <w:br/>
      </w:r>
      <w:r w:rsidR="00EE5858">
        <w:br/>
      </w:r>
      <w:r w:rsidR="00EE5858">
        <w:br/>
      </w:r>
    </w:p>
    <w:p w14:paraId="27D61BE2" w14:textId="77777777" w:rsidR="003E1D36" w:rsidRDefault="00EE5858">
      <w:r>
        <w:t>Topic: Cardiovascular System</w:t>
      </w:r>
    </w:p>
    <w:p w14:paraId="5BF87841" w14:textId="77777777" w:rsidR="003E1D36" w:rsidRDefault="00EE5858">
      <w:r>
        <w:t>Example Question:</w:t>
      </w:r>
    </w:p>
    <w:p w14:paraId="662A3692" w14:textId="77777777" w:rsidR="003E1D36" w:rsidRDefault="00EE5858">
      <w:r>
        <w:t>Q11. Name the two types of blood vessels that transport blood to and from the heart.</w:t>
      </w:r>
    </w:p>
    <w:p w14:paraId="7C7C5A86" w14:textId="77777777" w:rsidR="003E1D36" w:rsidRDefault="00EE5858">
      <w:r>
        <w:t>✔</w:t>
      </w:r>
      <w:r>
        <w:t xml:space="preserve"> Model Answer: Arteries (away from heart) and veins (to the </w:t>
      </w:r>
      <w:r>
        <w:t>heart).</w:t>
      </w:r>
    </w:p>
    <w:p w14:paraId="49A9BE91" w14:textId="77777777" w:rsidR="003E1D36" w:rsidRDefault="00EE5858">
      <w:r>
        <w:br/>
      </w:r>
    </w:p>
    <w:p w14:paraId="10008C22" w14:textId="77777777" w:rsidR="003E1D36" w:rsidRDefault="00EE5858">
      <w:r>
        <w:t>Now You Try:</w:t>
      </w:r>
    </w:p>
    <w:p w14:paraId="000CA476" w14:textId="77777777" w:rsidR="003E1D36" w:rsidRDefault="00EE5858">
      <w:r>
        <w:t>Q12. Describe one difference between arteries and veins.</w:t>
      </w:r>
    </w:p>
    <w:p w14:paraId="19B0055D" w14:textId="77777777" w:rsidR="0052283B" w:rsidRDefault="00EE5858">
      <w:r>
        <w:t>Answer:</w:t>
      </w:r>
      <w:r w:rsidR="0052283B"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  <w:r>
        <w:br/>
      </w:r>
    </w:p>
    <w:p w14:paraId="42216CD8" w14:textId="77777777" w:rsidR="0052283B" w:rsidRDefault="0052283B"/>
    <w:p w14:paraId="000DE783" w14:textId="10CA761A" w:rsidR="003E1D36" w:rsidRDefault="00EE5858">
      <w:r>
        <w:br/>
      </w:r>
    </w:p>
    <w:p w14:paraId="68DC1745" w14:textId="77777777" w:rsidR="003E1D36" w:rsidRDefault="00EE5858">
      <w:r>
        <w:lastRenderedPageBreak/>
        <w:t>Topic: Heart</w:t>
      </w:r>
    </w:p>
    <w:p w14:paraId="5E759F46" w14:textId="77777777" w:rsidR="003E1D36" w:rsidRDefault="00EE5858">
      <w:r>
        <w:t>Example Question:</w:t>
      </w:r>
    </w:p>
    <w:p w14:paraId="616C237C" w14:textId="77777777" w:rsidR="003E1D36" w:rsidRDefault="00EE5858">
      <w:r>
        <w:t>Q13. Label the four chambers of the heart.</w:t>
      </w:r>
    </w:p>
    <w:p w14:paraId="0C9A2AD6" w14:textId="77777777" w:rsidR="003E1D36" w:rsidRDefault="00EE5858">
      <w:r>
        <w:t>✔</w:t>
      </w:r>
      <w:r>
        <w:t xml:space="preserve"> Model Answer: Left and right atria, left and </w:t>
      </w:r>
      <w:r>
        <w:t>right ventricles.</w:t>
      </w:r>
    </w:p>
    <w:p w14:paraId="1169FE9B" w14:textId="77777777" w:rsidR="003E1D36" w:rsidRDefault="00EE5858">
      <w:r>
        <w:br/>
      </w:r>
    </w:p>
    <w:p w14:paraId="2A592FE4" w14:textId="77777777" w:rsidR="003E1D36" w:rsidRDefault="00EE5858">
      <w:r>
        <w:t>Now You Try:</w:t>
      </w:r>
    </w:p>
    <w:p w14:paraId="3A8EFE6B" w14:textId="77777777" w:rsidR="003E1D36" w:rsidRDefault="00EE5858">
      <w:r>
        <w:t>Q14. Which heart chamber pumps blood to the lungs?</w:t>
      </w:r>
    </w:p>
    <w:p w14:paraId="1AC31861" w14:textId="77777777" w:rsidR="003E1D36" w:rsidRDefault="00EE5858">
      <w:r>
        <w:t>Answer:</w:t>
      </w:r>
      <w:r>
        <w:br/>
      </w:r>
      <w:r>
        <w:br/>
      </w:r>
      <w:r>
        <w:br/>
      </w:r>
    </w:p>
    <w:p w14:paraId="73F1B59B" w14:textId="77777777" w:rsidR="003E1D36" w:rsidRDefault="00EE5858">
      <w:r>
        <w:t xml:space="preserve">Topic: Muscle </w:t>
      </w:r>
      <w:proofErr w:type="spellStart"/>
      <w:r>
        <w:t>Fibres</w:t>
      </w:r>
      <w:proofErr w:type="spellEnd"/>
    </w:p>
    <w:p w14:paraId="1AD0EAF4" w14:textId="77777777" w:rsidR="003E1D36" w:rsidRDefault="00EE5858">
      <w:r>
        <w:t>Example Question:</w:t>
      </w:r>
    </w:p>
    <w:p w14:paraId="5BD25EFE" w14:textId="77777777" w:rsidR="003E1D36" w:rsidRDefault="00EE5858">
      <w:r>
        <w:t>Q15. What are the three types of muscle fibre?</w:t>
      </w:r>
    </w:p>
    <w:p w14:paraId="309313A3" w14:textId="6CAB7631" w:rsidR="003E1D36" w:rsidRDefault="00EE5858">
      <w:r>
        <w:t>✔</w:t>
      </w:r>
      <w:r>
        <w:t xml:space="preserve"> Model Answer: Type I (slow twitch), Type </w:t>
      </w:r>
      <w:proofErr w:type="spellStart"/>
      <w:r>
        <w:t>II</w:t>
      </w:r>
      <w:r w:rsidR="009F447A">
        <w:t>a</w:t>
      </w:r>
      <w:proofErr w:type="spellEnd"/>
      <w:r w:rsidR="00D04B2D" w:rsidRPr="00D04B2D">
        <w:t> </w:t>
      </w:r>
      <w:r w:rsidR="00D04B2D">
        <w:t>(</w:t>
      </w:r>
      <w:r w:rsidR="00D04B2D" w:rsidRPr="00D04B2D">
        <w:t>fast-twitch and relatively fatigue-resistant</w:t>
      </w:r>
      <w:r w:rsidR="00D04B2D">
        <w:t>)</w:t>
      </w:r>
      <w:r>
        <w:t>, Type II</w:t>
      </w:r>
      <w:r>
        <w:t xml:space="preserve"> (fast twitch).</w:t>
      </w:r>
    </w:p>
    <w:p w14:paraId="15651422" w14:textId="77777777" w:rsidR="003E1D36" w:rsidRDefault="00EE5858">
      <w:r>
        <w:br/>
      </w:r>
    </w:p>
    <w:p w14:paraId="61C20D81" w14:textId="77777777" w:rsidR="003E1D36" w:rsidRDefault="00EE5858">
      <w:r>
        <w:t>Now You Try:</w:t>
      </w:r>
    </w:p>
    <w:p w14:paraId="6C8CEDB2" w14:textId="77777777" w:rsidR="003E1D36" w:rsidRDefault="00EE5858">
      <w:r>
        <w:t>Q16. Which fibre type is best suited for a 100m sprinter and why?</w:t>
      </w:r>
    </w:p>
    <w:p w14:paraId="70D3749A" w14:textId="5ABFB2F8" w:rsidR="003E1D36" w:rsidRDefault="00EE5858" w:rsidP="003C4007">
      <w:r>
        <w:t>Answer:</w:t>
      </w:r>
      <w:r>
        <w:br/>
      </w:r>
      <w:r>
        <w:br/>
      </w:r>
      <w:r>
        <w:br/>
      </w:r>
    </w:p>
    <w:p w14:paraId="7B2D3226" w14:textId="77777777" w:rsidR="003E1D36" w:rsidRDefault="00EE5858">
      <w:r>
        <w:t>T</w:t>
      </w:r>
      <w:r>
        <w:t>opic: Respiratory System</w:t>
      </w:r>
    </w:p>
    <w:p w14:paraId="0FE9E5E7" w14:textId="77777777" w:rsidR="003E1D36" w:rsidRDefault="00EE5858">
      <w:r>
        <w:t>Example Question:</w:t>
      </w:r>
    </w:p>
    <w:p w14:paraId="1B257968" w14:textId="77777777" w:rsidR="003E1D36" w:rsidRDefault="00EE5858">
      <w:r>
        <w:t>Q17. Name three parts of the respiratory system.</w:t>
      </w:r>
    </w:p>
    <w:p w14:paraId="07AF3DE3" w14:textId="77777777" w:rsidR="003E1D36" w:rsidRDefault="00EE5858">
      <w:r>
        <w:t>✔</w:t>
      </w:r>
      <w:r>
        <w:t xml:space="preserve"> Model Answer: Trachea, bronchi, alveoli.</w:t>
      </w:r>
    </w:p>
    <w:p w14:paraId="68E5DC4B" w14:textId="77777777" w:rsidR="003E1D36" w:rsidRDefault="00EE5858">
      <w:r>
        <w:lastRenderedPageBreak/>
        <w:br/>
      </w:r>
    </w:p>
    <w:p w14:paraId="5541173D" w14:textId="77777777" w:rsidR="003E1D36" w:rsidRDefault="00EE5858">
      <w:r>
        <w:t>Now You Try:</w:t>
      </w:r>
    </w:p>
    <w:p w14:paraId="3D2571E0" w14:textId="77777777" w:rsidR="003E1D36" w:rsidRDefault="00EE5858">
      <w:r>
        <w:t>Q18. What is the role of alveoli in gas exchange?</w:t>
      </w:r>
    </w:p>
    <w:p w14:paraId="608E7BBC" w14:textId="77777777" w:rsidR="003E1D36" w:rsidRDefault="00EE5858">
      <w:r>
        <w:t>Answer:</w:t>
      </w:r>
      <w:r>
        <w:br/>
      </w:r>
      <w:r>
        <w:br/>
      </w:r>
      <w:r>
        <w:br/>
      </w:r>
    </w:p>
    <w:p w14:paraId="5767FBEB" w14:textId="77777777" w:rsidR="003E1D36" w:rsidRDefault="00EE5858">
      <w:r>
        <w:t>Topic: Types of Muscles</w:t>
      </w:r>
    </w:p>
    <w:p w14:paraId="4B384634" w14:textId="77777777" w:rsidR="003E1D36" w:rsidRDefault="00EE5858">
      <w:r>
        <w:t>Example Question:</w:t>
      </w:r>
    </w:p>
    <w:p w14:paraId="48EA1EF1" w14:textId="77777777" w:rsidR="003E1D36" w:rsidRDefault="00EE5858">
      <w:r>
        <w:t>Q19. List the three types of muscles in the body.</w:t>
      </w:r>
    </w:p>
    <w:p w14:paraId="58B1EC86" w14:textId="77777777" w:rsidR="003E1D36" w:rsidRDefault="00EE5858">
      <w:r>
        <w:t>✔</w:t>
      </w:r>
      <w:r>
        <w:t xml:space="preserve"> Model Answer: Skeletal, cardiac, and smooth muscles.</w:t>
      </w:r>
    </w:p>
    <w:p w14:paraId="3CCBBCE0" w14:textId="77777777" w:rsidR="003E1D36" w:rsidRDefault="00EE5858">
      <w:r>
        <w:br/>
      </w:r>
    </w:p>
    <w:p w14:paraId="6F19C24D" w14:textId="77777777" w:rsidR="003E1D36" w:rsidRDefault="00EE5858">
      <w:r>
        <w:t>Now You Try:</w:t>
      </w:r>
    </w:p>
    <w:p w14:paraId="4A3FF783" w14:textId="77777777" w:rsidR="003E1D36" w:rsidRDefault="00EE5858">
      <w:r>
        <w:t>Q20. Which muscle type is found in the stomach wall?</w:t>
      </w:r>
    </w:p>
    <w:p w14:paraId="1749E56E" w14:textId="25B5A8A2" w:rsidR="003E1D36" w:rsidRDefault="00EE5858" w:rsidP="003C4007">
      <w:r>
        <w:t>Answer:</w:t>
      </w:r>
      <w:r>
        <w:br/>
      </w:r>
      <w:r>
        <w:br/>
      </w:r>
      <w:r>
        <w:br/>
      </w:r>
    </w:p>
    <w:p w14:paraId="08F359FF" w14:textId="77777777" w:rsidR="003E1D36" w:rsidRDefault="00EE5858">
      <w:r>
        <w:t>T</w:t>
      </w:r>
      <w:r>
        <w:t>opic: The Knee Joint</w:t>
      </w:r>
    </w:p>
    <w:p w14:paraId="7AD0457A" w14:textId="77777777" w:rsidR="003E1D36" w:rsidRDefault="00EE5858">
      <w:r>
        <w:t>Example Question:</w:t>
      </w:r>
    </w:p>
    <w:p w14:paraId="23066237" w14:textId="77777777" w:rsidR="003E1D36" w:rsidRDefault="00EE5858">
      <w:r>
        <w:t xml:space="preserve">Q21. What type of joint is the </w:t>
      </w:r>
      <w:r>
        <w:t>knee?</w:t>
      </w:r>
    </w:p>
    <w:p w14:paraId="46F2AC6D" w14:textId="77777777" w:rsidR="003E1D36" w:rsidRDefault="00EE5858">
      <w:r>
        <w:t>✔</w:t>
      </w:r>
      <w:r>
        <w:t xml:space="preserve"> Model Answer: The knee is a hinge joint.</w:t>
      </w:r>
    </w:p>
    <w:p w14:paraId="66CDA045" w14:textId="77777777" w:rsidR="003E1D36" w:rsidRDefault="00EE5858">
      <w:r>
        <w:br/>
      </w:r>
    </w:p>
    <w:p w14:paraId="798A6CA0" w14:textId="77777777" w:rsidR="003E1D36" w:rsidRDefault="00EE5858">
      <w:r>
        <w:t>Now You Try:</w:t>
      </w:r>
    </w:p>
    <w:p w14:paraId="4E76361A" w14:textId="77777777" w:rsidR="003E1D36" w:rsidRDefault="00EE5858">
      <w:r>
        <w:t>Q22. Explain how the knee joint moves during a squat.</w:t>
      </w:r>
    </w:p>
    <w:p w14:paraId="6644FAA1" w14:textId="66EEEE61" w:rsidR="003E1D36" w:rsidRDefault="00EE5858">
      <w:r>
        <w:t>Answer:</w:t>
      </w:r>
      <w:r>
        <w:br/>
      </w:r>
      <w:r>
        <w:br/>
      </w:r>
      <w:r>
        <w:lastRenderedPageBreak/>
        <w:br/>
      </w:r>
      <w:r>
        <w:t>Topic: Muscle Contractions</w:t>
      </w:r>
    </w:p>
    <w:p w14:paraId="7F4FEF2A" w14:textId="77777777" w:rsidR="003E1D36" w:rsidRDefault="00EE5858">
      <w:r>
        <w:t>Example Question:</w:t>
      </w:r>
    </w:p>
    <w:p w14:paraId="3897280D" w14:textId="77777777" w:rsidR="003E1D36" w:rsidRDefault="00EE5858">
      <w:r>
        <w:t xml:space="preserve">Q23. What is a concentric </w:t>
      </w:r>
      <w:r>
        <w:t>contraction?</w:t>
      </w:r>
    </w:p>
    <w:p w14:paraId="19E85610" w14:textId="77777777" w:rsidR="003E1D36" w:rsidRDefault="00EE5858">
      <w:r>
        <w:t>✔</w:t>
      </w:r>
      <w:r>
        <w:t xml:space="preserve"> Model Answer: A concentric contraction shortens the muscle during movement.</w:t>
      </w:r>
    </w:p>
    <w:p w14:paraId="013A6767" w14:textId="77777777" w:rsidR="003E1D36" w:rsidRDefault="00EE5858">
      <w:r>
        <w:br/>
      </w:r>
    </w:p>
    <w:p w14:paraId="389D87C0" w14:textId="77777777" w:rsidR="003E1D36" w:rsidRDefault="00EE5858">
      <w:r>
        <w:t>Now You Try:</w:t>
      </w:r>
    </w:p>
    <w:p w14:paraId="0E6DA679" w14:textId="77777777" w:rsidR="003E1D36" w:rsidRDefault="00EE5858">
      <w:r>
        <w:t>Q24. Describe what happens in the quadriceps during a leg extension.</w:t>
      </w:r>
    </w:p>
    <w:p w14:paraId="1F98271B" w14:textId="77777777" w:rsidR="003E1D36" w:rsidRDefault="00EE5858">
      <w:r>
        <w:t>Answer:</w:t>
      </w:r>
      <w:r>
        <w:br/>
      </w:r>
      <w:r>
        <w:br/>
      </w:r>
      <w:r>
        <w:br/>
      </w:r>
    </w:p>
    <w:p w14:paraId="2CBC96AC" w14:textId="77777777" w:rsidR="003E1D36" w:rsidRDefault="00EE5858">
      <w:r>
        <w:t>Topic: Energy Systems</w:t>
      </w:r>
    </w:p>
    <w:p w14:paraId="59ECFEB4" w14:textId="77777777" w:rsidR="003E1D36" w:rsidRDefault="00EE5858">
      <w:r>
        <w:t>Example Question:</w:t>
      </w:r>
    </w:p>
    <w:p w14:paraId="73F41E66" w14:textId="58EB9759" w:rsidR="003E1D36" w:rsidRDefault="00EE5858">
      <w:r>
        <w:t xml:space="preserve">Q25. Name the </w:t>
      </w:r>
      <w:r w:rsidR="003D0018">
        <w:t xml:space="preserve">two main </w:t>
      </w:r>
      <w:r>
        <w:t>energy systems.</w:t>
      </w:r>
    </w:p>
    <w:p w14:paraId="773F152E" w14:textId="483F4AAC" w:rsidR="003E1D36" w:rsidRDefault="00EE5858">
      <w:r>
        <w:t>✔</w:t>
      </w:r>
      <w:r>
        <w:t xml:space="preserve"> Model Answer: </w:t>
      </w:r>
      <w:r>
        <w:t xml:space="preserve">anaerobic </w:t>
      </w:r>
      <w:r>
        <w:t>and aerobic system.</w:t>
      </w:r>
    </w:p>
    <w:p w14:paraId="4A1C75BA" w14:textId="77777777" w:rsidR="003E1D36" w:rsidRDefault="00EE5858">
      <w:r>
        <w:br/>
      </w:r>
    </w:p>
    <w:p w14:paraId="40DD4FB0" w14:textId="77777777" w:rsidR="003E1D36" w:rsidRDefault="00EE5858">
      <w:r>
        <w:t>Now You Try:</w:t>
      </w:r>
    </w:p>
    <w:p w14:paraId="0546FB17" w14:textId="77777777" w:rsidR="003E1D36" w:rsidRDefault="00EE5858">
      <w:r>
        <w:t>Q26. Which energy system is used in a 200m sprint?</w:t>
      </w:r>
    </w:p>
    <w:p w14:paraId="0F1B6744" w14:textId="77777777" w:rsidR="003E1D36" w:rsidRDefault="00EE5858">
      <w:r>
        <w:t>Answer:</w:t>
      </w:r>
      <w:r>
        <w:br/>
      </w:r>
      <w:r>
        <w:br/>
      </w:r>
      <w:r>
        <w:br/>
      </w:r>
    </w:p>
    <w:p w14:paraId="5867D7F5" w14:textId="77777777" w:rsidR="002F2772" w:rsidRDefault="002F2772"/>
    <w:p w14:paraId="564F726E" w14:textId="77777777" w:rsidR="002F2772" w:rsidRDefault="002F2772"/>
    <w:p w14:paraId="49CAE3D5" w14:textId="77777777" w:rsidR="002F2772" w:rsidRDefault="002F2772"/>
    <w:p w14:paraId="37EFB134" w14:textId="77777777" w:rsidR="002F2772" w:rsidRDefault="002F2772"/>
    <w:p w14:paraId="7201E30D" w14:textId="77777777" w:rsidR="002F2772" w:rsidRDefault="002F2772"/>
    <w:p w14:paraId="4B802A37" w14:textId="016DF2A2" w:rsidR="003E1D36" w:rsidRDefault="00EE5858">
      <w:r>
        <w:lastRenderedPageBreak/>
        <w:t>Topic: Types of Bones</w:t>
      </w:r>
    </w:p>
    <w:p w14:paraId="0EE05DA5" w14:textId="77777777" w:rsidR="003E1D36" w:rsidRDefault="00EE5858">
      <w:r>
        <w:t>Example Question:</w:t>
      </w:r>
    </w:p>
    <w:p w14:paraId="5075385D" w14:textId="77777777" w:rsidR="003E1D36" w:rsidRDefault="00EE5858">
      <w:r>
        <w:t>Q27. List four types of bones.</w:t>
      </w:r>
    </w:p>
    <w:p w14:paraId="3C00352E" w14:textId="77777777" w:rsidR="003E1D36" w:rsidRDefault="00EE5858">
      <w:r>
        <w:t>✔</w:t>
      </w:r>
      <w:r>
        <w:t xml:space="preserve"> Model Answer: Long, short, flat, and irregular bones.</w:t>
      </w:r>
    </w:p>
    <w:p w14:paraId="6F05070A" w14:textId="77777777" w:rsidR="003E1D36" w:rsidRDefault="00EE5858">
      <w:r>
        <w:br/>
      </w:r>
    </w:p>
    <w:p w14:paraId="2EEC08F7" w14:textId="77777777" w:rsidR="003E1D36" w:rsidRDefault="00EE5858">
      <w:r>
        <w:t>Now You Try:</w:t>
      </w:r>
    </w:p>
    <w:p w14:paraId="3020A8CC" w14:textId="77777777" w:rsidR="003E1D36" w:rsidRDefault="00EE5858">
      <w:r>
        <w:t>Q28. Give one example of each type of bone.</w:t>
      </w:r>
    </w:p>
    <w:p w14:paraId="463483E9" w14:textId="33ABB3E9" w:rsidR="00281CF5" w:rsidRDefault="00281CF5">
      <w:r>
        <w:t xml:space="preserve">Long – </w:t>
      </w:r>
    </w:p>
    <w:p w14:paraId="648A1E79" w14:textId="5BB304D8" w:rsidR="00281CF5" w:rsidRDefault="00281CF5">
      <w:r>
        <w:t xml:space="preserve">Short – </w:t>
      </w:r>
    </w:p>
    <w:p w14:paraId="0717B8B6" w14:textId="453E9892" w:rsidR="00281CF5" w:rsidRDefault="00281CF5">
      <w:r>
        <w:t xml:space="preserve">Flat – </w:t>
      </w:r>
    </w:p>
    <w:p w14:paraId="1E08D9AB" w14:textId="0B79B38F" w:rsidR="003E1D36" w:rsidRDefault="00281CF5">
      <w:r>
        <w:t xml:space="preserve">Irregular - </w:t>
      </w:r>
      <w:r w:rsidR="00EE5858">
        <w:br/>
      </w:r>
      <w:r w:rsidR="00EE5858">
        <w:br/>
      </w:r>
      <w:r w:rsidR="00EE5858">
        <w:br/>
      </w:r>
      <w:r w:rsidR="00EE5858">
        <w:t>Topic: Principles of Training</w:t>
      </w:r>
    </w:p>
    <w:p w14:paraId="54932B12" w14:textId="77777777" w:rsidR="003E1D36" w:rsidRDefault="00EE5858">
      <w:r>
        <w:t>Example Question:</w:t>
      </w:r>
    </w:p>
    <w:p w14:paraId="2CE822FD" w14:textId="77777777" w:rsidR="003E1D36" w:rsidRDefault="00EE5858">
      <w:r>
        <w:t>Q29. List the four principles of training.</w:t>
      </w:r>
    </w:p>
    <w:p w14:paraId="60930865" w14:textId="77777777" w:rsidR="003E1D36" w:rsidRDefault="00EE5858">
      <w:r>
        <w:t>✔</w:t>
      </w:r>
      <w:r>
        <w:t xml:space="preserve"> Model Answer: Specificity, progression, overload, reversibility.</w:t>
      </w:r>
    </w:p>
    <w:p w14:paraId="7429C5C8" w14:textId="12105858" w:rsidR="003E1D36" w:rsidRDefault="00EE5858">
      <w:r>
        <w:br/>
      </w:r>
      <w:r>
        <w:t>Now You Try:</w:t>
      </w:r>
    </w:p>
    <w:p w14:paraId="01958691" w14:textId="77777777" w:rsidR="003E1D36" w:rsidRDefault="00EE5858">
      <w:r>
        <w:t>Q30. Explain how ‘overload’ can be applied to improve muscular endurance.</w:t>
      </w:r>
    </w:p>
    <w:p w14:paraId="33B6AE12" w14:textId="77777777" w:rsidR="005962B6" w:rsidRDefault="00EE5858">
      <w:r>
        <w:t>Answer:</w:t>
      </w:r>
      <w:r>
        <w:br/>
      </w:r>
      <w:r>
        <w:br/>
      </w:r>
    </w:p>
    <w:p w14:paraId="7F497954" w14:textId="1819E018" w:rsidR="003E1D36" w:rsidRDefault="00EE5858">
      <w:r>
        <w:br/>
      </w:r>
      <w:r>
        <w:t>T</w:t>
      </w:r>
      <w:r>
        <w:t>opic: FITT Principle</w:t>
      </w:r>
    </w:p>
    <w:p w14:paraId="40C0777D" w14:textId="77777777" w:rsidR="003E1D36" w:rsidRDefault="00EE5858">
      <w:r>
        <w:t>Example Question:</w:t>
      </w:r>
    </w:p>
    <w:p w14:paraId="32B4C682" w14:textId="77777777" w:rsidR="003E1D36" w:rsidRDefault="00EE5858">
      <w:r>
        <w:t>Q31. Explain what FITT stands for.</w:t>
      </w:r>
    </w:p>
    <w:p w14:paraId="5C3049BC" w14:textId="77777777" w:rsidR="003E1D36" w:rsidRDefault="00EE5858">
      <w:r>
        <w:t>✔</w:t>
      </w:r>
      <w:r>
        <w:t xml:space="preserve"> Model Answer: Frequency, Intensity, Time, Type.</w:t>
      </w:r>
    </w:p>
    <w:p w14:paraId="0E66927E" w14:textId="77777777" w:rsidR="003E1D36" w:rsidRDefault="00EE5858">
      <w:r>
        <w:lastRenderedPageBreak/>
        <w:t>Now You Try:</w:t>
      </w:r>
    </w:p>
    <w:p w14:paraId="100EB4FB" w14:textId="77777777" w:rsidR="003E1D36" w:rsidRDefault="00EE5858">
      <w:r>
        <w:t>Q32. How can the FITT principle be used to improve aerobic fitness?</w:t>
      </w:r>
    </w:p>
    <w:p w14:paraId="1F41C66B" w14:textId="77777777" w:rsidR="003E1D36" w:rsidRDefault="00EE5858">
      <w:r>
        <w:t>Answer:</w:t>
      </w:r>
      <w:r>
        <w:br/>
      </w:r>
      <w:r>
        <w:br/>
      </w:r>
      <w:r>
        <w:br/>
      </w:r>
    </w:p>
    <w:p w14:paraId="5EBAC7E9" w14:textId="77777777" w:rsidR="005962B6" w:rsidRDefault="005962B6"/>
    <w:p w14:paraId="111332A8" w14:textId="7B469B25" w:rsidR="003E1D36" w:rsidRDefault="00EE5858">
      <w:r>
        <w:t>Topic: Functions of the Skeleton</w:t>
      </w:r>
    </w:p>
    <w:p w14:paraId="288B0AF5" w14:textId="77777777" w:rsidR="003E1D36" w:rsidRDefault="00EE5858">
      <w:r>
        <w:t>Example Question:</w:t>
      </w:r>
    </w:p>
    <w:p w14:paraId="79302E1F" w14:textId="77777777" w:rsidR="003E1D36" w:rsidRDefault="00EE5858">
      <w:r>
        <w:t>Q33. List three functions of the skeleton.</w:t>
      </w:r>
    </w:p>
    <w:p w14:paraId="4866424A" w14:textId="77777777" w:rsidR="003E1D36" w:rsidRDefault="00EE5858">
      <w:r>
        <w:t>✔</w:t>
      </w:r>
      <w:r>
        <w:t xml:space="preserve"> Model Answer: Support, protection, and movement.</w:t>
      </w:r>
    </w:p>
    <w:p w14:paraId="1609E16F" w14:textId="77777777" w:rsidR="003E1D36" w:rsidRDefault="00EE5858">
      <w:r>
        <w:br/>
      </w:r>
    </w:p>
    <w:p w14:paraId="141A1CEB" w14:textId="77777777" w:rsidR="003E1D36" w:rsidRDefault="00EE5858">
      <w:r>
        <w:t>Now You Try:</w:t>
      </w:r>
    </w:p>
    <w:p w14:paraId="48D422AF" w14:textId="77777777" w:rsidR="003E1D36" w:rsidRDefault="00EE5858">
      <w:r>
        <w:t xml:space="preserve">Q34. Which bones </w:t>
      </w:r>
      <w:r>
        <w:t>protect the lungs and heart?</w:t>
      </w:r>
    </w:p>
    <w:p w14:paraId="4E33305C" w14:textId="3602E952" w:rsidR="005962B6" w:rsidRDefault="00EE5858">
      <w:r>
        <w:t>Answer:</w:t>
      </w:r>
      <w:r>
        <w:br/>
      </w:r>
      <w:r>
        <w:br/>
      </w:r>
      <w:r>
        <w:br/>
      </w:r>
    </w:p>
    <w:p w14:paraId="7E1FB5DF" w14:textId="52638005" w:rsidR="003E1D36" w:rsidRDefault="00EE5858">
      <w:r>
        <w:t>Topic: Long-term Effects of Exercise</w:t>
      </w:r>
    </w:p>
    <w:p w14:paraId="21913150" w14:textId="77777777" w:rsidR="003E1D36" w:rsidRDefault="00EE5858">
      <w:r>
        <w:t>Example Question:</w:t>
      </w:r>
    </w:p>
    <w:p w14:paraId="5A1D82EF" w14:textId="77777777" w:rsidR="003E1D36" w:rsidRDefault="00EE5858">
      <w:r>
        <w:t>Q35. Name two long-term effects of regular cardiovascular exercise.</w:t>
      </w:r>
    </w:p>
    <w:p w14:paraId="3934DF7E" w14:textId="77777777" w:rsidR="003E1D36" w:rsidRDefault="00EE5858">
      <w:r>
        <w:t>✔</w:t>
      </w:r>
      <w:r>
        <w:t xml:space="preserve"> Model Answer: Lower resting heart rate and improved stroke volume.</w:t>
      </w:r>
    </w:p>
    <w:p w14:paraId="3C6EC85B" w14:textId="77777777" w:rsidR="003E1D36" w:rsidRDefault="00EE5858">
      <w:r>
        <w:br/>
      </w:r>
    </w:p>
    <w:p w14:paraId="01090DE6" w14:textId="77777777" w:rsidR="003E1D36" w:rsidRDefault="00EE5858">
      <w:r>
        <w:t>Now You Try:</w:t>
      </w:r>
    </w:p>
    <w:p w14:paraId="5366E4EE" w14:textId="77777777" w:rsidR="003E1D36" w:rsidRDefault="00EE5858">
      <w:r>
        <w:t>Q36. Explain how exercise strengthens the heart over time.</w:t>
      </w:r>
    </w:p>
    <w:p w14:paraId="55397E67" w14:textId="13E74E7C" w:rsidR="003E1D36" w:rsidRDefault="00EE5858">
      <w:r>
        <w:t>Answer:</w:t>
      </w:r>
      <w:r>
        <w:br/>
      </w:r>
      <w:r>
        <w:br/>
      </w:r>
      <w:r>
        <w:lastRenderedPageBreak/>
        <w:br/>
      </w:r>
      <w:r>
        <w:t>T</w:t>
      </w:r>
      <w:r>
        <w:t>opic: Fitness Testing</w:t>
      </w:r>
    </w:p>
    <w:p w14:paraId="19B312EE" w14:textId="77777777" w:rsidR="003E1D36" w:rsidRDefault="00EE5858">
      <w:r>
        <w:t>Example Question:</w:t>
      </w:r>
    </w:p>
    <w:p w14:paraId="05EA0251" w14:textId="77777777" w:rsidR="003E1D36" w:rsidRDefault="00EE5858">
      <w:r>
        <w:t>Q37. Which test measures muscular endurance?</w:t>
      </w:r>
    </w:p>
    <w:p w14:paraId="7D678655" w14:textId="77777777" w:rsidR="003E1D36" w:rsidRDefault="00EE5858">
      <w:r>
        <w:t>✔</w:t>
      </w:r>
      <w:r>
        <w:t xml:space="preserve"> Model Answer: The sit-up or press-up test.</w:t>
      </w:r>
    </w:p>
    <w:p w14:paraId="079971D4" w14:textId="77777777" w:rsidR="003E1D36" w:rsidRDefault="00EE5858">
      <w:r>
        <w:br/>
      </w:r>
    </w:p>
    <w:p w14:paraId="24B08ABD" w14:textId="77777777" w:rsidR="003E1D36" w:rsidRDefault="00EE5858">
      <w:r>
        <w:t>Now You Try:</w:t>
      </w:r>
    </w:p>
    <w:p w14:paraId="23C73B65" w14:textId="77777777" w:rsidR="003E1D36" w:rsidRDefault="00EE5858">
      <w:r>
        <w:t>Q38. What test would be suitable to measure agility?</w:t>
      </w:r>
    </w:p>
    <w:p w14:paraId="4BA23541" w14:textId="05B6EB1E" w:rsidR="003E1D36" w:rsidRDefault="00EE5858" w:rsidP="005962B6">
      <w:r>
        <w:t>Answer:</w:t>
      </w:r>
      <w:r>
        <w:br/>
      </w:r>
      <w:r>
        <w:br/>
      </w:r>
      <w:r>
        <w:br/>
      </w:r>
    </w:p>
    <w:p w14:paraId="28E1E065" w14:textId="77777777" w:rsidR="003E1D36" w:rsidRDefault="00EE5858">
      <w:r>
        <w:t>T</w:t>
      </w:r>
      <w:r>
        <w:t>opic: Agonist and Antagonist Muscles</w:t>
      </w:r>
    </w:p>
    <w:p w14:paraId="7C6A5E1A" w14:textId="77777777" w:rsidR="003E1D36" w:rsidRDefault="00EE5858">
      <w:r>
        <w:t>Example Question:</w:t>
      </w:r>
    </w:p>
    <w:p w14:paraId="17A8FC5D" w14:textId="77777777" w:rsidR="003E1D36" w:rsidRDefault="00EE5858">
      <w:r>
        <w:t>Q39. In a bicep curl, which muscle is the agonist?</w:t>
      </w:r>
    </w:p>
    <w:p w14:paraId="48E64B6F" w14:textId="77777777" w:rsidR="003E1D36" w:rsidRDefault="00EE5858">
      <w:r>
        <w:t>✔</w:t>
      </w:r>
      <w:r>
        <w:t xml:space="preserve"> </w:t>
      </w:r>
      <w:r>
        <w:t>Model Answer: The biceps are the agonist when lifting the weight.</w:t>
      </w:r>
    </w:p>
    <w:p w14:paraId="45E8BE63" w14:textId="77777777" w:rsidR="003E1D36" w:rsidRDefault="00EE5858">
      <w:r>
        <w:br/>
      </w:r>
    </w:p>
    <w:p w14:paraId="0CDCA65F" w14:textId="77777777" w:rsidR="003E1D36" w:rsidRDefault="00EE5858">
      <w:r>
        <w:t>Now You Try:</w:t>
      </w:r>
    </w:p>
    <w:p w14:paraId="07E74C27" w14:textId="77777777" w:rsidR="003E1D36" w:rsidRDefault="00EE5858">
      <w:r>
        <w:t>Q40. Name the antagonist muscle in a leg extension.</w:t>
      </w:r>
    </w:p>
    <w:p w14:paraId="4F612C24" w14:textId="77777777" w:rsidR="003E1D36" w:rsidRDefault="00EE5858">
      <w:r>
        <w:t>Answer:</w:t>
      </w:r>
      <w:r>
        <w:br/>
      </w:r>
      <w:r>
        <w:br/>
      </w:r>
      <w:r>
        <w:br/>
      </w:r>
    </w:p>
    <w:p w14:paraId="08FD4FDE" w14:textId="77777777" w:rsidR="003E1D36" w:rsidRDefault="00EE5858">
      <w:r>
        <w:t>Topic: Isometric Contraction</w:t>
      </w:r>
    </w:p>
    <w:p w14:paraId="78EDB5FC" w14:textId="77777777" w:rsidR="003E1D36" w:rsidRDefault="00EE5858">
      <w:r>
        <w:t>Example Question:</w:t>
      </w:r>
    </w:p>
    <w:p w14:paraId="526B898B" w14:textId="77777777" w:rsidR="003E1D36" w:rsidRDefault="00EE5858">
      <w:r>
        <w:t>Q41. What is an isometric contraction?</w:t>
      </w:r>
    </w:p>
    <w:p w14:paraId="02888339" w14:textId="77777777" w:rsidR="003E1D36" w:rsidRDefault="00EE5858">
      <w:r>
        <w:t>✔</w:t>
      </w:r>
      <w:r>
        <w:t xml:space="preserve"> Model Answer: A contraction where the muscle stays the same length.</w:t>
      </w:r>
    </w:p>
    <w:p w14:paraId="1D974A39" w14:textId="77777777" w:rsidR="003E1D36" w:rsidRDefault="00EE5858">
      <w:r>
        <w:lastRenderedPageBreak/>
        <w:t>Now You Try:</w:t>
      </w:r>
    </w:p>
    <w:p w14:paraId="50072E45" w14:textId="77777777" w:rsidR="003E1D36" w:rsidRDefault="00EE5858">
      <w:r>
        <w:t>Q42. Give an example of an exercise using isometric contraction.</w:t>
      </w:r>
    </w:p>
    <w:p w14:paraId="57F64838" w14:textId="33CCE428" w:rsidR="003E1D36" w:rsidRDefault="00EE5858">
      <w:r>
        <w:t>Answer:</w:t>
      </w:r>
      <w:r>
        <w:br/>
      </w:r>
      <w:r>
        <w:br/>
      </w:r>
      <w:r>
        <w:br/>
      </w:r>
    </w:p>
    <w:p w14:paraId="1E3D7AA4" w14:textId="77777777" w:rsidR="003E1D36" w:rsidRDefault="00EE5858">
      <w:r>
        <w:t>Topic: Synovial Joint Features</w:t>
      </w:r>
    </w:p>
    <w:p w14:paraId="3796A771" w14:textId="77777777" w:rsidR="003E1D36" w:rsidRDefault="00EE5858">
      <w:r>
        <w:t>Example Question:</w:t>
      </w:r>
    </w:p>
    <w:p w14:paraId="29A266EE" w14:textId="77777777" w:rsidR="003E1D36" w:rsidRDefault="00EE5858">
      <w:r>
        <w:t>Q43. Name two features of a synovial joint.</w:t>
      </w:r>
    </w:p>
    <w:p w14:paraId="565379DF" w14:textId="77777777" w:rsidR="003E1D36" w:rsidRDefault="00EE5858">
      <w:r>
        <w:t>✔</w:t>
      </w:r>
      <w:r>
        <w:t xml:space="preserve"> Model Answer: Synovial fluid and articular cartilage.</w:t>
      </w:r>
    </w:p>
    <w:p w14:paraId="5B774FCE" w14:textId="77777777" w:rsidR="003E1D36" w:rsidRDefault="00EE5858">
      <w:r>
        <w:br/>
      </w:r>
    </w:p>
    <w:p w14:paraId="0B3D6BFA" w14:textId="77777777" w:rsidR="003E1D36" w:rsidRDefault="00EE5858">
      <w:r>
        <w:t>Now You Try:</w:t>
      </w:r>
    </w:p>
    <w:p w14:paraId="4E641D00" w14:textId="77777777" w:rsidR="003E1D36" w:rsidRDefault="00EE5858">
      <w:r>
        <w:t>Q44. What is the function of synovial fluid?</w:t>
      </w:r>
    </w:p>
    <w:p w14:paraId="71B97844" w14:textId="77777777" w:rsidR="003E1D36" w:rsidRDefault="00EE5858">
      <w:r>
        <w:t>Answer:</w:t>
      </w:r>
      <w:r>
        <w:br/>
      </w:r>
      <w:r>
        <w:br/>
      </w:r>
      <w:r>
        <w:br/>
      </w:r>
    </w:p>
    <w:p w14:paraId="0262F790" w14:textId="77777777" w:rsidR="00C949E0" w:rsidRDefault="00C949E0"/>
    <w:p w14:paraId="226F2F6A" w14:textId="405B1C8C" w:rsidR="003E1D36" w:rsidRDefault="00EE5858">
      <w:r>
        <w:t xml:space="preserve">Topic: Blood Flow During </w:t>
      </w:r>
      <w:r>
        <w:t>Exercise</w:t>
      </w:r>
    </w:p>
    <w:p w14:paraId="1E7ABBDE" w14:textId="77777777" w:rsidR="003E1D36" w:rsidRDefault="00EE5858">
      <w:r>
        <w:t>Example Question:</w:t>
      </w:r>
    </w:p>
    <w:p w14:paraId="6585FCA0" w14:textId="77777777" w:rsidR="003E1D36" w:rsidRDefault="00EE5858">
      <w:r>
        <w:t>Q45. What is vascular shunting?</w:t>
      </w:r>
    </w:p>
    <w:p w14:paraId="6039832E" w14:textId="77777777" w:rsidR="003E1D36" w:rsidRDefault="00EE5858">
      <w:r>
        <w:t>✔</w:t>
      </w:r>
      <w:r>
        <w:t xml:space="preserve"> Model Answer: The redistribution of blood to working muscles during exercise.</w:t>
      </w:r>
    </w:p>
    <w:p w14:paraId="196A5B9F" w14:textId="77777777" w:rsidR="003E1D36" w:rsidRDefault="00EE5858">
      <w:r>
        <w:br/>
      </w:r>
    </w:p>
    <w:p w14:paraId="2049A96C" w14:textId="77777777" w:rsidR="003E1D36" w:rsidRDefault="00EE5858">
      <w:r>
        <w:t>Now You Try:</w:t>
      </w:r>
    </w:p>
    <w:p w14:paraId="44F552B9" w14:textId="77777777" w:rsidR="003E1D36" w:rsidRDefault="00EE5858">
      <w:r>
        <w:t>Q46. Why is vascular shunting important during a game of football?</w:t>
      </w:r>
    </w:p>
    <w:p w14:paraId="719406B2" w14:textId="71E62891" w:rsidR="003E1D36" w:rsidRDefault="00EE5858" w:rsidP="00C949E0">
      <w:r>
        <w:t>Answer:</w:t>
      </w:r>
      <w:r>
        <w:br/>
      </w:r>
      <w:r>
        <w:br/>
      </w:r>
    </w:p>
    <w:p w14:paraId="56D1DFF6" w14:textId="77777777" w:rsidR="003E1D36" w:rsidRDefault="00EE5858">
      <w:r>
        <w:lastRenderedPageBreak/>
        <w:t>T</w:t>
      </w:r>
      <w:r>
        <w:t>opic: Aerobic vs Anaerobic Exercise</w:t>
      </w:r>
    </w:p>
    <w:p w14:paraId="4C89BF9A" w14:textId="77777777" w:rsidR="003E1D36" w:rsidRDefault="00EE5858">
      <w:r>
        <w:t>Example Question:</w:t>
      </w:r>
    </w:p>
    <w:p w14:paraId="5B884B9D" w14:textId="77777777" w:rsidR="003E1D36" w:rsidRDefault="00EE5858">
      <w:r>
        <w:t>Q47. What is the difference between aerobic and anaerobic exercise?</w:t>
      </w:r>
    </w:p>
    <w:p w14:paraId="16C9A99E" w14:textId="77777777" w:rsidR="003E1D36" w:rsidRDefault="00EE5858">
      <w:r>
        <w:t>✔</w:t>
      </w:r>
      <w:r>
        <w:t xml:space="preserve"> Model Answer: Aerobic uses oxygen; anaerobic does not.</w:t>
      </w:r>
    </w:p>
    <w:p w14:paraId="517CD53C" w14:textId="77777777" w:rsidR="003E1D36" w:rsidRDefault="00EE5858">
      <w:r>
        <w:br/>
      </w:r>
    </w:p>
    <w:p w14:paraId="3D0D3989" w14:textId="77777777" w:rsidR="003E1D36" w:rsidRDefault="00EE5858">
      <w:r>
        <w:t>Now You Try:</w:t>
      </w:r>
    </w:p>
    <w:p w14:paraId="3F651556" w14:textId="77777777" w:rsidR="003E1D36" w:rsidRDefault="00EE5858">
      <w:r>
        <w:t>Q48. Which type of exercise is sprinting and why?</w:t>
      </w:r>
    </w:p>
    <w:p w14:paraId="23F0528B" w14:textId="77777777" w:rsidR="003E1D36" w:rsidRDefault="00EE5858">
      <w:r>
        <w:t>Answer:</w:t>
      </w:r>
      <w:r>
        <w:br/>
      </w:r>
      <w:r>
        <w:br/>
      </w:r>
      <w:r>
        <w:br/>
      </w:r>
    </w:p>
    <w:p w14:paraId="559B7137" w14:textId="25AF2535" w:rsidR="003E1D36" w:rsidRDefault="003E1D36"/>
    <w:p w14:paraId="47533933" w14:textId="77777777" w:rsidR="003E1D36" w:rsidRDefault="00EE5858">
      <w:r>
        <w:t>Topic: Progressive Overload</w:t>
      </w:r>
    </w:p>
    <w:p w14:paraId="5EC63AC8" w14:textId="77777777" w:rsidR="003E1D36" w:rsidRDefault="00EE5858">
      <w:r>
        <w:t>Example Question:</w:t>
      </w:r>
    </w:p>
    <w:p w14:paraId="75CA0204" w14:textId="77777777" w:rsidR="003E1D36" w:rsidRDefault="00EE5858">
      <w:r>
        <w:t>Q49. Define progressive overload.</w:t>
      </w:r>
    </w:p>
    <w:p w14:paraId="61BC3ADA" w14:textId="77777777" w:rsidR="003E1D36" w:rsidRDefault="00EE5858">
      <w:r>
        <w:t>✔</w:t>
      </w:r>
      <w:r>
        <w:t xml:space="preserve"> Model Answer: Gradually increasing training to improve fitness.</w:t>
      </w:r>
    </w:p>
    <w:p w14:paraId="0D2AB083" w14:textId="77777777" w:rsidR="003E1D36" w:rsidRDefault="00EE5858">
      <w:r>
        <w:br/>
      </w:r>
    </w:p>
    <w:p w14:paraId="39C259F9" w14:textId="77777777" w:rsidR="003E1D36" w:rsidRDefault="00EE5858">
      <w:r>
        <w:t>Now You Try:</w:t>
      </w:r>
    </w:p>
    <w:p w14:paraId="70026AC3" w14:textId="77777777" w:rsidR="003E1D36" w:rsidRDefault="00EE5858">
      <w:r>
        <w:t>Q50. Give two ways to apply progressive overload to strength training.</w:t>
      </w:r>
    </w:p>
    <w:p w14:paraId="27C6BBB8" w14:textId="77777777" w:rsidR="003E1D36" w:rsidRDefault="00EE5858">
      <w:r>
        <w:t>Answer:</w:t>
      </w:r>
      <w:r>
        <w:br/>
      </w:r>
      <w:r>
        <w:br/>
      </w:r>
      <w:r>
        <w:br/>
      </w:r>
    </w:p>
    <w:p w14:paraId="0E1C4582" w14:textId="4B3336B3" w:rsidR="003E1D36" w:rsidRDefault="003E1D36"/>
    <w:sectPr w:rsidR="003E1D3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6947440">
    <w:abstractNumId w:val="8"/>
  </w:num>
  <w:num w:numId="2" w16cid:durableId="1897744154">
    <w:abstractNumId w:val="6"/>
  </w:num>
  <w:num w:numId="3" w16cid:durableId="482939835">
    <w:abstractNumId w:val="5"/>
  </w:num>
  <w:num w:numId="4" w16cid:durableId="596059376">
    <w:abstractNumId w:val="4"/>
  </w:num>
  <w:num w:numId="5" w16cid:durableId="426074609">
    <w:abstractNumId w:val="7"/>
  </w:num>
  <w:num w:numId="6" w16cid:durableId="1660032713">
    <w:abstractNumId w:val="3"/>
  </w:num>
  <w:num w:numId="7" w16cid:durableId="1717046130">
    <w:abstractNumId w:val="2"/>
  </w:num>
  <w:num w:numId="8" w16cid:durableId="1650404019">
    <w:abstractNumId w:val="1"/>
  </w:num>
  <w:num w:numId="9" w16cid:durableId="499201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1CF5"/>
    <w:rsid w:val="0029639D"/>
    <w:rsid w:val="002B3E63"/>
    <w:rsid w:val="002F2772"/>
    <w:rsid w:val="00313DDC"/>
    <w:rsid w:val="00326F90"/>
    <w:rsid w:val="003C4007"/>
    <w:rsid w:val="003D0018"/>
    <w:rsid w:val="003E1D36"/>
    <w:rsid w:val="0052283B"/>
    <w:rsid w:val="005962B6"/>
    <w:rsid w:val="00634724"/>
    <w:rsid w:val="00660BAF"/>
    <w:rsid w:val="0073496F"/>
    <w:rsid w:val="008D71EB"/>
    <w:rsid w:val="009F447A"/>
    <w:rsid w:val="00AA0E35"/>
    <w:rsid w:val="00AA1D8D"/>
    <w:rsid w:val="00AD1F0E"/>
    <w:rsid w:val="00B064E4"/>
    <w:rsid w:val="00B47730"/>
    <w:rsid w:val="00B661DC"/>
    <w:rsid w:val="00C949E0"/>
    <w:rsid w:val="00CB0664"/>
    <w:rsid w:val="00D04B2D"/>
    <w:rsid w:val="00D80CFC"/>
    <w:rsid w:val="00E61C68"/>
    <w:rsid w:val="00EE5858"/>
    <w:rsid w:val="00F44D2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C044E388-DABB-4132-9D58-DA025580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K Bytyqi</cp:lastModifiedBy>
  <cp:revision>2</cp:revision>
  <cp:lastPrinted>2025-07-07T10:53:00Z</cp:lastPrinted>
  <dcterms:created xsi:type="dcterms:W3CDTF">2025-07-07T10:59:00Z</dcterms:created>
  <dcterms:modified xsi:type="dcterms:W3CDTF">2025-07-07T10:59:00Z</dcterms:modified>
  <cp:category/>
</cp:coreProperties>
</file>